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EFB" w:rsidRDefault="007D3EFB">
      <w:pPr>
        <w:autoSpaceDE w:val="0"/>
        <w:autoSpaceDN w:val="0"/>
        <w:spacing w:after="270" w:line="220" w:lineRule="exact"/>
      </w:pPr>
    </w:p>
    <w:p w:rsidR="007D3EFB" w:rsidRDefault="00EA0A49">
      <w:pPr>
        <w:tabs>
          <w:tab w:val="left" w:pos="6482"/>
          <w:tab w:val="left" w:pos="6614"/>
        </w:tabs>
        <w:autoSpaceDE w:val="0"/>
        <w:autoSpaceDN w:val="0"/>
        <w:spacing w:after="0" w:line="247" w:lineRule="auto"/>
        <w:ind w:left="6086"/>
      </w:pPr>
      <w:r>
        <w:tab/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Załącznik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nr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 7  do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Regulaminu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r>
        <w:br/>
      </w:r>
      <w:r>
        <w:tab/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Rekrutacji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dzieci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do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Przedszkola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r>
        <w:br/>
      </w:r>
      <w:r>
        <w:tab/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Samorządowego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Lubiniu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r>
        <w:br/>
      </w:r>
      <w:r>
        <w:rPr>
          <w:rFonts w:ascii="Times New Roman" w:eastAsia="Times New Roman" w:hAnsi="Times New Roman"/>
          <w:color w:val="000000"/>
          <w:sz w:val="16"/>
        </w:rPr>
        <w:t xml:space="preserve"> </w:t>
      </w:r>
      <w:r w:rsidR="00A853E9">
        <w:rPr>
          <w:rFonts w:ascii="Times New Roman" w:eastAsia="Times New Roman" w:hAnsi="Times New Roman"/>
          <w:color w:val="000000"/>
          <w:sz w:val="16"/>
        </w:rPr>
        <w:t xml:space="preserve">        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i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Przedszkola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Samorządowego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Bielewie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                   </w:t>
      </w:r>
      <w:r>
        <w:br/>
      </w:r>
      <w:r>
        <w:tab/>
      </w:r>
      <w:r w:rsidR="00B81CBE">
        <w:rPr>
          <w:rFonts w:ascii="Times New Roman" w:eastAsia="Times New Roman" w:hAnsi="Times New Roman"/>
          <w:color w:val="000000"/>
          <w:sz w:val="16"/>
        </w:rPr>
        <w:t xml:space="preserve"> </w:t>
      </w:r>
      <w:proofErr w:type="spellStart"/>
      <w:r w:rsidR="00B81CBE">
        <w:rPr>
          <w:rFonts w:ascii="Times New Roman" w:eastAsia="Times New Roman" w:hAnsi="Times New Roman"/>
          <w:color w:val="000000"/>
          <w:sz w:val="16"/>
        </w:rPr>
        <w:t>Rok</w:t>
      </w:r>
      <w:proofErr w:type="spellEnd"/>
      <w:r w:rsidR="00B81CBE">
        <w:rPr>
          <w:rFonts w:ascii="Times New Roman" w:eastAsia="Times New Roman" w:hAnsi="Times New Roman"/>
          <w:color w:val="000000"/>
          <w:sz w:val="16"/>
        </w:rPr>
        <w:t xml:space="preserve"> </w:t>
      </w:r>
      <w:proofErr w:type="spellStart"/>
      <w:r w:rsidR="00B81CBE">
        <w:rPr>
          <w:rFonts w:ascii="Times New Roman" w:eastAsia="Times New Roman" w:hAnsi="Times New Roman"/>
          <w:color w:val="000000"/>
          <w:sz w:val="16"/>
        </w:rPr>
        <w:t>szkolny</w:t>
      </w:r>
      <w:proofErr w:type="spellEnd"/>
      <w:r w:rsidR="00B81CBE">
        <w:rPr>
          <w:rFonts w:ascii="Times New Roman" w:eastAsia="Times New Roman" w:hAnsi="Times New Roman"/>
          <w:color w:val="000000"/>
          <w:sz w:val="16"/>
        </w:rPr>
        <w:t xml:space="preserve"> 2026/2027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16"/>
        </w:rPr>
        <w:t xml:space="preserve"> </w:t>
      </w:r>
    </w:p>
    <w:p w:rsidR="007D3EFB" w:rsidRDefault="00EA0A49">
      <w:pPr>
        <w:autoSpaceDE w:val="0"/>
        <w:autoSpaceDN w:val="0"/>
        <w:spacing w:before="318" w:after="0" w:line="197" w:lineRule="auto"/>
      </w:pPr>
      <w:r>
        <w:rPr>
          <w:rFonts w:ascii="Calibri" w:eastAsia="Calibri" w:hAnsi="Calibri"/>
          <w:color w:val="000000"/>
          <w:sz w:val="28"/>
        </w:rPr>
        <w:t xml:space="preserve">………………………………………………… </w:t>
      </w:r>
    </w:p>
    <w:p w:rsidR="007D3EFB" w:rsidRDefault="00EA0A49">
      <w:pPr>
        <w:autoSpaceDE w:val="0"/>
        <w:autoSpaceDN w:val="0"/>
        <w:spacing w:before="38" w:after="0" w:line="197" w:lineRule="auto"/>
        <w:ind w:left="180"/>
      </w:pPr>
      <w:r>
        <w:rPr>
          <w:rFonts w:ascii="Calibri" w:eastAsia="Calibri" w:hAnsi="Calibri"/>
          <w:color w:val="000000"/>
          <w:sz w:val="16"/>
        </w:rPr>
        <w:t xml:space="preserve"> (Nazwisko i imię rodzica) </w:t>
      </w:r>
    </w:p>
    <w:p w:rsidR="007D3EFB" w:rsidRDefault="00EA0A49">
      <w:pPr>
        <w:autoSpaceDE w:val="0"/>
        <w:autoSpaceDN w:val="0"/>
        <w:spacing w:before="254" w:after="0" w:line="197" w:lineRule="auto"/>
      </w:pPr>
      <w:r>
        <w:rPr>
          <w:rFonts w:ascii="Calibri" w:eastAsia="Calibri" w:hAnsi="Calibri"/>
          <w:color w:val="000000"/>
          <w:sz w:val="28"/>
        </w:rPr>
        <w:t xml:space="preserve">………………………………………. </w:t>
      </w:r>
    </w:p>
    <w:p w:rsidR="007D3EFB" w:rsidRDefault="00EA0A49">
      <w:pPr>
        <w:autoSpaceDE w:val="0"/>
        <w:autoSpaceDN w:val="0"/>
        <w:spacing w:before="38" w:after="0" w:line="197" w:lineRule="auto"/>
        <w:ind w:left="102"/>
      </w:pPr>
      <w:r>
        <w:rPr>
          <w:rFonts w:ascii="Calibri" w:eastAsia="Calibri" w:hAnsi="Calibri"/>
          <w:color w:val="000000"/>
          <w:sz w:val="16"/>
        </w:rPr>
        <w:t xml:space="preserve">(Seria i numer dowodu osobistego) </w:t>
      </w:r>
    </w:p>
    <w:p w:rsidR="007D3EFB" w:rsidRDefault="00EA0A49">
      <w:pPr>
        <w:autoSpaceDE w:val="0"/>
        <w:autoSpaceDN w:val="0"/>
        <w:spacing w:before="2452" w:after="0" w:line="197" w:lineRule="auto"/>
        <w:ind w:right="4200"/>
        <w:jc w:val="right"/>
      </w:pPr>
      <w:r>
        <w:rPr>
          <w:rFonts w:ascii="Calibri" w:eastAsia="Calibri" w:hAnsi="Calibri"/>
          <w:b/>
          <w:color w:val="000000"/>
          <w:sz w:val="28"/>
        </w:rPr>
        <w:t xml:space="preserve"> OŚWIADCZENIE </w:t>
      </w:r>
    </w:p>
    <w:p w:rsidR="007D3EFB" w:rsidRDefault="00EA0A49">
      <w:pPr>
        <w:autoSpaceDE w:val="0"/>
        <w:autoSpaceDN w:val="0"/>
        <w:spacing w:before="346" w:after="0" w:line="197" w:lineRule="auto"/>
        <w:ind w:left="1626"/>
      </w:pPr>
      <w:r>
        <w:rPr>
          <w:rFonts w:ascii="Calibri" w:eastAsia="Calibri" w:hAnsi="Calibri"/>
          <w:color w:val="000000"/>
          <w:sz w:val="24"/>
        </w:rPr>
        <w:t xml:space="preserve"> Świadoma/y odpowiedzialności karnej za złożenie fałszywego </w:t>
      </w:r>
    </w:p>
    <w:p w:rsidR="007D3EFB" w:rsidRDefault="00EA0A49">
      <w:pPr>
        <w:autoSpaceDE w:val="0"/>
        <w:autoSpaceDN w:val="0"/>
        <w:spacing w:before="54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oświadczenia, oświadczam,  że </w:t>
      </w:r>
    </w:p>
    <w:p w:rsidR="007D3EFB" w:rsidRDefault="00EA0A49">
      <w:pPr>
        <w:autoSpaceDE w:val="0"/>
        <w:autoSpaceDN w:val="0"/>
        <w:spacing w:before="402" w:after="0" w:line="197" w:lineRule="auto"/>
        <w:ind w:left="64"/>
      </w:pPr>
      <w:r>
        <w:rPr>
          <w:rFonts w:ascii="Calibri" w:eastAsia="Calibri" w:hAnsi="Calibri"/>
          <w:color w:val="000000"/>
          <w:sz w:val="28"/>
        </w:rPr>
        <w:t xml:space="preserve"> ……………………………………………………………………………………………………………………. </w:t>
      </w:r>
    </w:p>
    <w:p w:rsidR="007D3EFB" w:rsidRDefault="00EA0A49">
      <w:pPr>
        <w:autoSpaceDE w:val="0"/>
        <w:autoSpaceDN w:val="0"/>
        <w:spacing w:before="46" w:after="0" w:line="197" w:lineRule="auto"/>
        <w:ind w:right="4036"/>
        <w:jc w:val="right"/>
      </w:pPr>
      <w:r>
        <w:rPr>
          <w:rFonts w:ascii="Calibri" w:eastAsia="Calibri" w:hAnsi="Calibri"/>
          <w:color w:val="000000"/>
          <w:sz w:val="20"/>
        </w:rPr>
        <w:t xml:space="preserve">(Nazwisko  i  imię dziecka) </w:t>
      </w:r>
    </w:p>
    <w:p w:rsidR="007D3EFB" w:rsidRDefault="00EA0A49">
      <w:pPr>
        <w:autoSpaceDE w:val="0"/>
        <w:autoSpaceDN w:val="0"/>
        <w:spacing w:before="344" w:after="0" w:line="197" w:lineRule="auto"/>
        <w:ind w:left="102"/>
      </w:pPr>
      <w:r>
        <w:rPr>
          <w:rFonts w:ascii="Calibri" w:eastAsia="Calibri" w:hAnsi="Calibri"/>
          <w:color w:val="000000"/>
          <w:sz w:val="24"/>
        </w:rPr>
        <w:t xml:space="preserve">wychowuje  się  w  rodzinie  wielodzietnej,  w  której  wychowuje  się  ( troje,  czworo, </w:t>
      </w:r>
    </w:p>
    <w:p w:rsidR="007D3EFB" w:rsidRDefault="00EA0A49">
      <w:pPr>
        <w:autoSpaceDE w:val="0"/>
        <w:autoSpaceDN w:val="0"/>
        <w:spacing w:before="52" w:after="650" w:line="197" w:lineRule="auto"/>
        <w:ind w:left="102"/>
      </w:pPr>
      <w:r>
        <w:rPr>
          <w:rFonts w:ascii="Calibri" w:eastAsia="Calibri" w:hAnsi="Calibri"/>
          <w:color w:val="000000"/>
          <w:sz w:val="24"/>
        </w:rPr>
        <w:t xml:space="preserve">pięcioro, ………………) dzieci. </w:t>
      </w:r>
    </w:p>
    <w:p w:rsidR="007D3EFB" w:rsidRDefault="007D3EFB">
      <w:pPr>
        <w:sectPr w:rsidR="007D3EFB">
          <w:pgSz w:w="11906" w:h="16838"/>
          <w:pgMar w:top="490" w:right="816" w:bottom="768" w:left="1418" w:header="720" w:footer="720" w:gutter="0"/>
          <w:cols w:space="720" w:equalWidth="0">
            <w:col w:w="9672" w:space="0"/>
          </w:cols>
          <w:docGrid w:linePitch="360"/>
        </w:sectPr>
      </w:pPr>
    </w:p>
    <w:p w:rsidR="007D3EFB" w:rsidRDefault="00EA0A49">
      <w:pPr>
        <w:tabs>
          <w:tab w:val="left" w:pos="238"/>
        </w:tabs>
        <w:autoSpaceDE w:val="0"/>
        <w:autoSpaceDN w:val="0"/>
        <w:spacing w:after="0" w:line="353" w:lineRule="auto"/>
        <w:ind w:right="864"/>
      </w:pPr>
      <w:r>
        <w:rPr>
          <w:rFonts w:ascii="Calibri" w:eastAsia="Calibri" w:hAnsi="Calibri"/>
          <w:color w:val="000000"/>
          <w:sz w:val="28"/>
        </w:rPr>
        <w:t xml:space="preserve">…………………………………….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(Miejscowość / data)</w:t>
      </w:r>
    </w:p>
    <w:p w:rsidR="007D3EFB" w:rsidRDefault="007D3EFB">
      <w:pPr>
        <w:sectPr w:rsidR="007D3EFB">
          <w:type w:val="continuous"/>
          <w:pgSz w:w="11906" w:h="16838"/>
          <w:pgMar w:top="490" w:right="816" w:bottom="768" w:left="1418" w:header="720" w:footer="720" w:gutter="0"/>
          <w:cols w:num="2" w:space="720" w:equalWidth="0">
            <w:col w:w="3748" w:space="0"/>
            <w:col w:w="5924" w:space="0"/>
          </w:cols>
          <w:docGrid w:linePitch="360"/>
        </w:sectPr>
      </w:pPr>
    </w:p>
    <w:p w:rsidR="007D3EFB" w:rsidRDefault="00EA0A49">
      <w:pPr>
        <w:tabs>
          <w:tab w:val="left" w:pos="968"/>
        </w:tabs>
        <w:autoSpaceDE w:val="0"/>
        <w:autoSpaceDN w:val="0"/>
        <w:spacing w:after="1178" w:line="353" w:lineRule="auto"/>
        <w:ind w:left="904" w:right="576"/>
      </w:pPr>
      <w:r>
        <w:rPr>
          <w:rFonts w:ascii="Calibri" w:eastAsia="Calibri" w:hAnsi="Calibri"/>
          <w:color w:val="000000"/>
          <w:sz w:val="28"/>
        </w:rPr>
        <w:t xml:space="preserve">…………………………………………………………. </w:t>
      </w:r>
      <w:r>
        <w:rPr>
          <w:rFonts w:ascii="Calibri" w:eastAsia="Calibri" w:hAnsi="Calibri"/>
          <w:color w:val="000000"/>
          <w:sz w:val="20"/>
        </w:rPr>
        <w:t>(Czytelny podpis osobyskładającej oświadczenie)</w:t>
      </w:r>
    </w:p>
    <w:p w:rsidR="007D3EFB" w:rsidRDefault="007D3EFB">
      <w:pPr>
        <w:sectPr w:rsidR="007D3EFB">
          <w:type w:val="nextColumn"/>
          <w:pgSz w:w="11906" w:h="16838"/>
          <w:pgMar w:top="490" w:right="816" w:bottom="768" w:left="1418" w:header="720" w:footer="720" w:gutter="0"/>
          <w:cols w:num="2" w:space="720" w:equalWidth="0">
            <w:col w:w="3748" w:space="0"/>
            <w:col w:w="5924" w:space="0"/>
          </w:cols>
          <w:docGrid w:linePitch="360"/>
        </w:sectPr>
      </w:pPr>
    </w:p>
    <w:p w:rsidR="007D3EFB" w:rsidRDefault="00EA0A49">
      <w:pPr>
        <w:autoSpaceDE w:val="0"/>
        <w:autoSpaceDN w:val="0"/>
        <w:spacing w:after="0" w:line="245" w:lineRule="auto"/>
        <w:ind w:left="102" w:right="720" w:firstLine="110"/>
      </w:pPr>
      <w:r>
        <w:rPr>
          <w:rFonts w:ascii="Calibri" w:eastAsia="Calibri" w:hAnsi="Calibri"/>
          <w:color w:val="000000"/>
          <w:sz w:val="24"/>
        </w:rPr>
        <w:t xml:space="preserve"> 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>Klauzula zamieszczona jest w REGULAMINIE REKRUTACJI DZIECI DO PRZEDSZKOLA SAMORZĄDOWEG</w:t>
      </w:r>
      <w:r w:rsidR="00A853E9">
        <w:rPr>
          <w:rFonts w:ascii="Calibri" w:eastAsia="Calibri" w:hAnsi="Calibri"/>
          <w:color w:val="000000"/>
          <w:sz w:val="24"/>
        </w:rPr>
        <w:t xml:space="preserve">O W LUBINIU I PRZEDSZRZEDSZKOLA SAMORZĄDOWEGO </w:t>
      </w:r>
      <w:r>
        <w:rPr>
          <w:rFonts w:ascii="Calibri" w:eastAsia="Calibri" w:hAnsi="Calibri"/>
          <w:color w:val="000000"/>
          <w:sz w:val="24"/>
        </w:rPr>
        <w:t xml:space="preserve">W BIELEWIE oraz na stronie internetowej szkoły </w:t>
      </w:r>
      <w:hyperlink r:id="rId6" w:history="1">
        <w:r>
          <w:rPr>
            <w:rFonts w:ascii="Times New Roman" w:eastAsia="Times New Roman" w:hAnsi="Times New Roman"/>
            <w:color w:val="0462C1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osobowych.</w:t>
      </w:r>
    </w:p>
    <w:p w:rsidR="007D3EFB" w:rsidRDefault="00EA0A49">
      <w:pPr>
        <w:tabs>
          <w:tab w:val="left" w:pos="6574"/>
        </w:tabs>
        <w:autoSpaceDE w:val="0"/>
        <w:autoSpaceDN w:val="0"/>
        <w:spacing w:before="690" w:after="0" w:line="245" w:lineRule="auto"/>
        <w:ind w:left="102" w:right="1152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                            ……………………………………………          ……………………………………………. (miejscowość i data)                                         (podpis matki)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(podpis ojca) </w:t>
      </w:r>
    </w:p>
    <w:p w:rsidR="007D3EFB" w:rsidRDefault="00EA0A49">
      <w:pPr>
        <w:tabs>
          <w:tab w:val="left" w:pos="164"/>
        </w:tabs>
        <w:autoSpaceDE w:val="0"/>
        <w:autoSpaceDN w:val="0"/>
        <w:spacing w:before="370" w:after="0" w:line="245" w:lineRule="auto"/>
        <w:ind w:right="1584"/>
      </w:pPr>
      <w:r>
        <w:rPr>
          <w:rFonts w:ascii="Calibri" w:eastAsia="Calibri" w:hAnsi="Calibri"/>
          <w:color w:val="000000"/>
          <w:sz w:val="24"/>
        </w:rPr>
        <w:t xml:space="preserve">*zgodnie z art.20b pkt.1 ustawy o systemie oświaty (Dz.U. z 2014, poz. 7) „rodzina </w:t>
      </w:r>
      <w:r>
        <w:tab/>
      </w:r>
      <w:r>
        <w:rPr>
          <w:rFonts w:ascii="Calibri" w:eastAsia="Calibri" w:hAnsi="Calibri"/>
          <w:color w:val="000000"/>
          <w:sz w:val="24"/>
        </w:rPr>
        <w:t xml:space="preserve"> wielodzietna – to rodzina wychowująca troje i więcej dzieci.” </w:t>
      </w:r>
    </w:p>
    <w:sectPr w:rsidR="007D3EFB" w:rsidSect="00034616">
      <w:type w:val="continuous"/>
      <w:pgSz w:w="11906" w:h="16838"/>
      <w:pgMar w:top="490" w:right="816" w:bottom="768" w:left="1418" w:header="720" w:footer="720" w:gutter="0"/>
      <w:cols w:space="720" w:equalWidth="0">
        <w:col w:w="967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53C8"/>
    <w:rsid w:val="007D3EFB"/>
    <w:rsid w:val="00A853E9"/>
    <w:rsid w:val="00AA1D8D"/>
    <w:rsid w:val="00AC3246"/>
    <w:rsid w:val="00B47730"/>
    <w:rsid w:val="00B81CBE"/>
    <w:rsid w:val="00CB0664"/>
    <w:rsid w:val="00EA0A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A635E9"/>
  <w14:defaultImageDpi w14:val="300"/>
  <w15:docId w15:val="{D08193CC-A43C-4729-9C65-09A769AF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59B2FC-30EC-4D8D-B2CF-941241F1A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6</cp:revision>
  <dcterms:created xsi:type="dcterms:W3CDTF">2013-12-23T23:15:00Z</dcterms:created>
  <dcterms:modified xsi:type="dcterms:W3CDTF">2026-02-04T15:32:00Z</dcterms:modified>
  <cp:category/>
</cp:coreProperties>
</file>