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9FF" w:rsidRDefault="003169FF">
      <w:pPr>
        <w:autoSpaceDE w:val="0"/>
        <w:autoSpaceDN w:val="0"/>
        <w:spacing w:after="268" w:line="220" w:lineRule="exact"/>
      </w:pPr>
    </w:p>
    <w:p w:rsidR="009500C9" w:rsidRDefault="00AC26EB">
      <w:pPr>
        <w:tabs>
          <w:tab w:val="left" w:pos="6742"/>
        </w:tabs>
        <w:autoSpaceDE w:val="0"/>
        <w:autoSpaceDN w:val="0"/>
        <w:spacing w:after="0" w:line="250" w:lineRule="auto"/>
        <w:ind w:left="6380"/>
      </w:pPr>
      <w:r>
        <w:rPr>
          <w:rFonts w:ascii="Times New Roman" w:eastAsia="Times New Roman" w:hAnsi="Times New Roman"/>
          <w:color w:val="000000"/>
          <w:sz w:val="16"/>
        </w:rPr>
        <w:t xml:space="preserve">Załącznik  nr  6  do Regulaminu </w:t>
      </w:r>
      <w:r>
        <w:br/>
      </w:r>
      <w:r>
        <w:rPr>
          <w:rFonts w:ascii="Times New Roman" w:eastAsia="Times New Roman" w:hAnsi="Times New Roman"/>
          <w:color w:val="000000"/>
          <w:sz w:val="16"/>
        </w:rPr>
        <w:t xml:space="preserve">rekrutacji  dzieci do Przedszkola Samorządowego w Lubiniu </w:t>
      </w:r>
      <w:r>
        <w:br/>
      </w:r>
      <w:r>
        <w:rPr>
          <w:rFonts w:ascii="Times New Roman" w:eastAsia="Times New Roman" w:hAnsi="Times New Roman"/>
          <w:color w:val="000000"/>
          <w:sz w:val="16"/>
        </w:rPr>
        <w:t xml:space="preserve">i Przedszkola Samorządowego w Bielewie </w:t>
      </w:r>
    </w:p>
    <w:p w:rsidR="003169FF" w:rsidRDefault="002E388E">
      <w:pPr>
        <w:tabs>
          <w:tab w:val="left" w:pos="6742"/>
        </w:tabs>
        <w:autoSpaceDE w:val="0"/>
        <w:autoSpaceDN w:val="0"/>
        <w:spacing w:after="0" w:line="250" w:lineRule="auto"/>
        <w:ind w:left="6380"/>
      </w:pPr>
      <w:proofErr w:type="spellStart"/>
      <w:r>
        <w:rPr>
          <w:rFonts w:ascii="Times New Roman" w:eastAsia="Times New Roman" w:hAnsi="Times New Roman"/>
          <w:color w:val="000000"/>
          <w:sz w:val="16"/>
        </w:rPr>
        <w:t>Rok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16"/>
        </w:rPr>
        <w:t>szkolny</w:t>
      </w:r>
      <w:proofErr w:type="spellEnd"/>
      <w:r>
        <w:rPr>
          <w:rFonts w:ascii="Times New Roman" w:eastAsia="Times New Roman" w:hAnsi="Times New Roman"/>
          <w:color w:val="000000"/>
          <w:sz w:val="16"/>
        </w:rPr>
        <w:t xml:space="preserve"> 2026/2027</w:t>
      </w:r>
      <w:bookmarkStart w:id="0" w:name="_GoBack"/>
      <w:bookmarkEnd w:id="0"/>
      <w:r w:rsidR="00AC26EB">
        <w:rPr>
          <w:rFonts w:ascii="Times New Roman" w:eastAsia="Times New Roman" w:hAnsi="Times New Roman"/>
          <w:color w:val="000000"/>
          <w:sz w:val="16"/>
        </w:rPr>
        <w:t xml:space="preserve"> </w:t>
      </w:r>
    </w:p>
    <w:p w:rsidR="003169FF" w:rsidRDefault="00AC26EB">
      <w:pPr>
        <w:autoSpaceDE w:val="0"/>
        <w:autoSpaceDN w:val="0"/>
        <w:spacing w:before="50" w:after="0" w:line="197" w:lineRule="auto"/>
        <w:ind w:left="88"/>
      </w:pPr>
      <w:r>
        <w:rPr>
          <w:rFonts w:ascii="Calibri" w:eastAsia="Calibri" w:hAnsi="Calibri"/>
          <w:color w:val="000000"/>
          <w:sz w:val="28"/>
        </w:rPr>
        <w:t xml:space="preserve"> ………………………………………..  </w:t>
      </w:r>
    </w:p>
    <w:p w:rsidR="003169FF" w:rsidRDefault="00AC26EB">
      <w:pPr>
        <w:autoSpaceDE w:val="0"/>
        <w:autoSpaceDN w:val="0"/>
        <w:spacing w:before="88" w:after="0" w:line="197" w:lineRule="auto"/>
        <w:ind w:left="172"/>
      </w:pPr>
      <w:r>
        <w:rPr>
          <w:rFonts w:ascii="Calibri" w:eastAsia="Calibri" w:hAnsi="Calibri"/>
          <w:color w:val="000000"/>
          <w:sz w:val="16"/>
        </w:rPr>
        <w:t xml:space="preserve">Nazwisko i imię rodzica </w:t>
      </w:r>
    </w:p>
    <w:p w:rsidR="003169FF" w:rsidRDefault="00AC26EB">
      <w:pPr>
        <w:autoSpaceDE w:val="0"/>
        <w:autoSpaceDN w:val="0"/>
        <w:spacing w:before="376" w:after="0" w:line="197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 ………………………………………. </w:t>
      </w:r>
    </w:p>
    <w:p w:rsidR="003169FF" w:rsidRDefault="00AC26EB">
      <w:pPr>
        <w:autoSpaceDE w:val="0"/>
        <w:autoSpaceDN w:val="0"/>
        <w:spacing w:before="34" w:after="0" w:line="199" w:lineRule="auto"/>
        <w:ind w:left="116"/>
      </w:pPr>
      <w:r>
        <w:rPr>
          <w:rFonts w:ascii="Calibri" w:eastAsia="Calibri" w:hAnsi="Calibri"/>
          <w:color w:val="000000"/>
          <w:sz w:val="16"/>
        </w:rPr>
        <w:t xml:space="preserve"> Seria i numer dowoduosobistego</w:t>
      </w:r>
    </w:p>
    <w:p w:rsidR="003169FF" w:rsidRDefault="00AC26EB">
      <w:pPr>
        <w:autoSpaceDE w:val="0"/>
        <w:autoSpaceDN w:val="0"/>
        <w:spacing w:before="1526" w:after="0" w:line="197" w:lineRule="auto"/>
        <w:ind w:right="4222"/>
        <w:jc w:val="right"/>
      </w:pPr>
      <w:r>
        <w:rPr>
          <w:rFonts w:ascii="Calibri" w:eastAsia="Calibri" w:hAnsi="Calibri"/>
          <w:b/>
          <w:color w:val="000000"/>
          <w:sz w:val="28"/>
        </w:rPr>
        <w:t xml:space="preserve">OŚWIADCZENIE </w:t>
      </w:r>
    </w:p>
    <w:p w:rsidR="003169FF" w:rsidRDefault="00AC26EB">
      <w:pPr>
        <w:autoSpaceDE w:val="0"/>
        <w:autoSpaceDN w:val="0"/>
        <w:spacing w:before="686" w:after="0" w:line="197" w:lineRule="auto"/>
        <w:ind w:left="2228"/>
      </w:pPr>
      <w:r>
        <w:rPr>
          <w:rFonts w:ascii="Calibri" w:eastAsia="Calibri" w:hAnsi="Calibri"/>
          <w:color w:val="000000"/>
          <w:sz w:val="24"/>
        </w:rPr>
        <w:t xml:space="preserve"> Świadoma/y  odpowiedzialności  karnej  za  złożenie  fałszywego oświadczenia,      </w:t>
      </w:r>
    </w:p>
    <w:p w:rsidR="003169FF" w:rsidRDefault="00AC26EB">
      <w:pPr>
        <w:autoSpaceDE w:val="0"/>
        <w:autoSpaceDN w:val="0"/>
        <w:spacing w:before="348" w:after="0" w:line="197" w:lineRule="auto"/>
        <w:ind w:left="1092"/>
      </w:pPr>
      <w:r>
        <w:rPr>
          <w:rFonts w:ascii="Calibri" w:eastAsia="Calibri" w:hAnsi="Calibri"/>
          <w:color w:val="000000"/>
          <w:sz w:val="24"/>
        </w:rPr>
        <w:t xml:space="preserve"> oświadczam,  że  ………………………………………………….. wychowuje  się  w  rodzinie zastępczej. </w:t>
      </w:r>
    </w:p>
    <w:p w:rsidR="003169FF" w:rsidRDefault="00AC26EB">
      <w:pPr>
        <w:autoSpaceDE w:val="0"/>
        <w:autoSpaceDN w:val="0"/>
        <w:spacing w:before="346" w:after="0" w:line="197" w:lineRule="auto"/>
        <w:ind w:left="1036"/>
      </w:pPr>
      <w:r>
        <w:rPr>
          <w:rFonts w:ascii="Calibri" w:eastAsia="Calibri" w:hAnsi="Calibri"/>
          <w:color w:val="000000"/>
          <w:sz w:val="24"/>
        </w:rPr>
        <w:t xml:space="preserve"> Nazwisko  i  imię dziecka  ……………………………………………………………………………………………………. </w:t>
      </w:r>
    </w:p>
    <w:p w:rsidR="003169FF" w:rsidRDefault="00AC26EB">
      <w:pPr>
        <w:autoSpaceDE w:val="0"/>
        <w:autoSpaceDN w:val="0"/>
        <w:spacing w:before="882" w:after="0" w:line="197" w:lineRule="auto"/>
        <w:ind w:left="464"/>
      </w:pPr>
      <w:r>
        <w:rPr>
          <w:rFonts w:ascii="Calibri" w:eastAsia="Calibri" w:hAnsi="Calibri"/>
          <w:color w:val="000000"/>
          <w:sz w:val="24"/>
        </w:rPr>
        <w:t xml:space="preserve"> ………………………………………..                                                               …………………………………… </w:t>
      </w:r>
    </w:p>
    <w:p w:rsidR="003169FF" w:rsidRDefault="00AC26EB">
      <w:pPr>
        <w:autoSpaceDE w:val="0"/>
        <w:autoSpaceDN w:val="0"/>
        <w:spacing w:before="48" w:after="0" w:line="199" w:lineRule="auto"/>
        <w:ind w:left="632"/>
      </w:pPr>
      <w:r>
        <w:rPr>
          <w:rFonts w:ascii="Calibri" w:eastAsia="Calibri" w:hAnsi="Calibri"/>
          <w:color w:val="000000"/>
          <w:sz w:val="16"/>
        </w:rPr>
        <w:t xml:space="preserve">(Miejscowość / data)                                                                                                           (Czytelny podpis osoby składającej oświadczenie) </w:t>
      </w:r>
    </w:p>
    <w:p w:rsidR="003169FF" w:rsidRDefault="00AC26EB">
      <w:pPr>
        <w:autoSpaceDE w:val="0"/>
        <w:autoSpaceDN w:val="0"/>
        <w:spacing w:before="1196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Oświadczam, że zapoznałam/em się z </w:t>
      </w:r>
      <w:r>
        <w:rPr>
          <w:rFonts w:ascii="Calibri" w:eastAsia="Calibri" w:hAnsi="Calibri"/>
          <w:b/>
          <w:color w:val="000000"/>
          <w:sz w:val="24"/>
        </w:rPr>
        <w:t xml:space="preserve">Klauzulą informacyjną o przetwarzaniu danych osobowych dla </w:t>
      </w:r>
    </w:p>
    <w:p w:rsidR="003169FF" w:rsidRDefault="00AC26EB">
      <w:pPr>
        <w:autoSpaceDE w:val="0"/>
        <w:autoSpaceDN w:val="0"/>
        <w:spacing w:before="52" w:after="0" w:line="197" w:lineRule="auto"/>
        <w:jc w:val="center"/>
      </w:pPr>
      <w:r>
        <w:rPr>
          <w:rFonts w:ascii="Calibri" w:eastAsia="Calibri" w:hAnsi="Calibri"/>
          <w:b/>
          <w:color w:val="000000"/>
          <w:sz w:val="24"/>
        </w:rPr>
        <w:t xml:space="preserve">rodziców / opiekunów prawnych i uczniów w Zespole Szkół i Placówek Oświatowych w Lubiniu. </w:t>
      </w:r>
      <w:r>
        <w:rPr>
          <w:rFonts w:ascii="Calibri" w:eastAsia="Calibri" w:hAnsi="Calibri"/>
          <w:color w:val="000000"/>
          <w:sz w:val="24"/>
        </w:rPr>
        <w:t xml:space="preserve">Klauzula </w:t>
      </w:r>
    </w:p>
    <w:p w:rsidR="003169FF" w:rsidRDefault="00AC26EB">
      <w:pPr>
        <w:autoSpaceDE w:val="0"/>
        <w:autoSpaceDN w:val="0"/>
        <w:spacing w:before="52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zamieszczona jest w REGULAMINIE REKRUTACJI DZIECI DO PRZEDSZKOLA SAMORZĄDOWEGO W LUBINIU </w:t>
      </w:r>
    </w:p>
    <w:p w:rsidR="003169FF" w:rsidRDefault="00AC26EB">
      <w:pPr>
        <w:autoSpaceDE w:val="0"/>
        <w:autoSpaceDN w:val="0"/>
        <w:spacing w:before="54" w:after="0" w:line="245" w:lineRule="auto"/>
        <w:ind w:right="1440"/>
      </w:pPr>
      <w:r>
        <w:rPr>
          <w:rFonts w:ascii="Calibri" w:eastAsia="Calibri" w:hAnsi="Calibri"/>
          <w:color w:val="000000"/>
          <w:sz w:val="24"/>
        </w:rPr>
        <w:t xml:space="preserve">I PRZEDSZRZEDSZKOLA SAMORZĄDOWEGO W BIELEWIE oraz na stronie internetowej szkoły </w:t>
      </w:r>
      <w:hyperlink r:id="rId6" w:history="1">
        <w:r>
          <w:rPr>
            <w:rFonts w:ascii="Times New Roman" w:eastAsia="Times New Roman" w:hAnsi="Times New Roman"/>
            <w:color w:val="0462C1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osobowych.</w:t>
      </w:r>
    </w:p>
    <w:p w:rsidR="003169FF" w:rsidRDefault="00AC26EB">
      <w:pPr>
        <w:autoSpaceDE w:val="0"/>
        <w:autoSpaceDN w:val="0"/>
        <w:spacing w:before="396" w:after="0" w:line="194" w:lineRule="auto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                            ……………………………………………          ……………………………………………. </w:t>
      </w:r>
    </w:p>
    <w:p w:rsidR="003169FF" w:rsidRDefault="00AC26EB">
      <w:pPr>
        <w:tabs>
          <w:tab w:val="left" w:pos="6562"/>
        </w:tabs>
        <w:autoSpaceDE w:val="0"/>
        <w:autoSpaceDN w:val="0"/>
        <w:spacing w:before="46" w:after="0" w:line="197" w:lineRule="auto"/>
      </w:pPr>
      <w:r>
        <w:rPr>
          <w:rFonts w:ascii="Calibri" w:eastAsia="Calibri" w:hAnsi="Calibri"/>
          <w:color w:val="000000"/>
          <w:sz w:val="20"/>
        </w:rPr>
        <w:t xml:space="preserve">(miejscowość i data)                                         (podpis matki)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 (podpis ojca)</w:t>
      </w:r>
    </w:p>
    <w:p w:rsidR="003169FF" w:rsidRDefault="003169FF">
      <w:pPr>
        <w:sectPr w:rsidR="003169FF">
          <w:pgSz w:w="11911" w:h="16841"/>
          <w:pgMar w:top="488" w:right="756" w:bottom="1440" w:left="720" w:header="720" w:footer="720" w:gutter="0"/>
          <w:cols w:space="720" w:equalWidth="0">
            <w:col w:w="10436" w:space="0"/>
          </w:cols>
          <w:docGrid w:linePitch="360"/>
        </w:sectPr>
      </w:pPr>
    </w:p>
    <w:p w:rsidR="00AC26EB" w:rsidRDefault="00AC26EB"/>
    <w:sectPr w:rsidR="00AC26EB" w:rsidSect="00034616">
      <w:pgSz w:w="11906" w:h="16838"/>
      <w:pgMar w:top="1440" w:right="1440" w:bottom="1440" w:left="1440" w:header="720" w:footer="720" w:gutter="0"/>
      <w:cols w:space="720" w:equalWidth="0">
        <w:col w:w="1043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E388E"/>
    <w:rsid w:val="003169FF"/>
    <w:rsid w:val="00326F90"/>
    <w:rsid w:val="00423868"/>
    <w:rsid w:val="004E1A64"/>
    <w:rsid w:val="005174A1"/>
    <w:rsid w:val="009500C9"/>
    <w:rsid w:val="00AA1D8D"/>
    <w:rsid w:val="00AC26EB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59CA7A"/>
  <w14:defaultImageDpi w14:val="300"/>
  <w15:docId w15:val="{A5C39A84-30A5-4063-98D3-94D4ACDF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228C46-07B9-4C14-96EC-CA423E2A0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6</cp:revision>
  <dcterms:created xsi:type="dcterms:W3CDTF">2013-12-23T23:15:00Z</dcterms:created>
  <dcterms:modified xsi:type="dcterms:W3CDTF">2026-02-04T15:32:00Z</dcterms:modified>
  <cp:category/>
</cp:coreProperties>
</file>