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07" w:rsidRDefault="000B3B07">
      <w:pPr>
        <w:autoSpaceDE w:val="0"/>
        <w:autoSpaceDN w:val="0"/>
        <w:spacing w:after="80" w:line="220" w:lineRule="exact"/>
      </w:pPr>
    </w:p>
    <w:p w:rsidR="00FE1BD1" w:rsidRDefault="005F5A5F">
      <w:pPr>
        <w:tabs>
          <w:tab w:val="left" w:pos="6718"/>
        </w:tabs>
        <w:autoSpaceDE w:val="0"/>
        <w:autoSpaceDN w:val="0"/>
        <w:spacing w:after="0" w:line="245" w:lineRule="auto"/>
        <w:ind w:left="6482"/>
      </w:pPr>
      <w:proofErr w:type="spellStart"/>
      <w:r>
        <w:rPr>
          <w:rFonts w:ascii="Calibri" w:eastAsia="Calibri" w:hAnsi="Calibri"/>
          <w:color w:val="000000"/>
          <w:sz w:val="16"/>
        </w:rPr>
        <w:t>Załącznik</w:t>
      </w:r>
      <w:proofErr w:type="spellEnd"/>
      <w:r>
        <w:rPr>
          <w:rFonts w:ascii="Calibri" w:eastAsia="Calibri" w:hAnsi="Calibri"/>
          <w:color w:val="000000"/>
          <w:sz w:val="16"/>
        </w:rPr>
        <w:t xml:space="preserve">  </w:t>
      </w:r>
      <w:proofErr w:type="spellStart"/>
      <w:r>
        <w:rPr>
          <w:rFonts w:ascii="Calibri" w:eastAsia="Calibri" w:hAnsi="Calibri"/>
          <w:color w:val="000000"/>
          <w:sz w:val="16"/>
        </w:rPr>
        <w:t>nr</w:t>
      </w:r>
      <w:proofErr w:type="spellEnd"/>
      <w:r>
        <w:rPr>
          <w:rFonts w:ascii="Calibri" w:eastAsia="Calibri" w:hAnsi="Calibri"/>
          <w:color w:val="000000"/>
          <w:sz w:val="16"/>
        </w:rPr>
        <w:t xml:space="preserve">  4</w:t>
      </w:r>
      <w:r w:rsidR="00E01861">
        <w:rPr>
          <w:rFonts w:ascii="Calibri" w:eastAsia="Calibri" w:hAnsi="Calibri"/>
          <w:color w:val="000000"/>
          <w:sz w:val="16"/>
        </w:rPr>
        <w:t xml:space="preserve">  do </w:t>
      </w:r>
      <w:proofErr w:type="spellStart"/>
      <w:r w:rsidR="00E01861">
        <w:rPr>
          <w:rFonts w:ascii="Calibri" w:eastAsia="Calibri" w:hAnsi="Calibri"/>
          <w:color w:val="000000"/>
          <w:sz w:val="16"/>
        </w:rPr>
        <w:t>Regulaminu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</w:t>
      </w:r>
      <w:r w:rsidR="00E01861">
        <w:br/>
      </w:r>
      <w:proofErr w:type="spellStart"/>
      <w:r w:rsidR="00E01861">
        <w:rPr>
          <w:rFonts w:ascii="Calibri" w:eastAsia="Calibri" w:hAnsi="Calibri"/>
          <w:color w:val="000000"/>
          <w:sz w:val="16"/>
        </w:rPr>
        <w:t>rekrutacji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 </w:t>
      </w:r>
      <w:proofErr w:type="spellStart"/>
      <w:r w:rsidR="00E01861">
        <w:rPr>
          <w:rFonts w:ascii="Calibri" w:eastAsia="Calibri" w:hAnsi="Calibri"/>
          <w:color w:val="000000"/>
          <w:sz w:val="16"/>
        </w:rPr>
        <w:t>dzieci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do </w:t>
      </w:r>
      <w:proofErr w:type="spellStart"/>
      <w:r w:rsidR="00E01861">
        <w:rPr>
          <w:rFonts w:ascii="Calibri" w:eastAsia="Calibri" w:hAnsi="Calibri"/>
          <w:color w:val="000000"/>
          <w:sz w:val="16"/>
        </w:rPr>
        <w:t>Przedszkola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</w:t>
      </w:r>
      <w:r w:rsidR="00E01861">
        <w:br/>
      </w:r>
      <w:proofErr w:type="spellStart"/>
      <w:r w:rsidR="00E01861">
        <w:rPr>
          <w:rFonts w:ascii="Calibri" w:eastAsia="Calibri" w:hAnsi="Calibri"/>
          <w:color w:val="000000"/>
          <w:sz w:val="16"/>
        </w:rPr>
        <w:t>Samorządowego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w </w:t>
      </w:r>
      <w:proofErr w:type="spellStart"/>
      <w:r w:rsidR="00E01861">
        <w:rPr>
          <w:rFonts w:ascii="Calibri" w:eastAsia="Calibri" w:hAnsi="Calibri"/>
          <w:color w:val="000000"/>
          <w:sz w:val="16"/>
        </w:rPr>
        <w:t>Lubiniu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</w:t>
      </w:r>
      <w:proofErr w:type="spellStart"/>
      <w:r w:rsidR="00E01861">
        <w:rPr>
          <w:rFonts w:ascii="Calibri" w:eastAsia="Calibri" w:hAnsi="Calibri"/>
          <w:color w:val="000000"/>
          <w:sz w:val="16"/>
        </w:rPr>
        <w:t>i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</w:t>
      </w:r>
      <w:proofErr w:type="spellStart"/>
      <w:r w:rsidR="00E01861">
        <w:rPr>
          <w:rFonts w:ascii="Calibri" w:eastAsia="Calibri" w:hAnsi="Calibri"/>
          <w:color w:val="000000"/>
          <w:sz w:val="16"/>
        </w:rPr>
        <w:t>Przedszkola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</w:t>
      </w:r>
      <w:r w:rsidR="00E01861">
        <w:br/>
      </w:r>
      <w:proofErr w:type="spellStart"/>
      <w:r w:rsidR="00E01861">
        <w:rPr>
          <w:rFonts w:ascii="Calibri" w:eastAsia="Calibri" w:hAnsi="Calibri"/>
          <w:color w:val="000000"/>
          <w:sz w:val="16"/>
        </w:rPr>
        <w:t>Samorządowego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w </w:t>
      </w:r>
      <w:proofErr w:type="spellStart"/>
      <w:r w:rsidR="00E01861">
        <w:rPr>
          <w:rFonts w:ascii="Calibri" w:eastAsia="Calibri" w:hAnsi="Calibri"/>
          <w:color w:val="000000"/>
          <w:sz w:val="16"/>
        </w:rPr>
        <w:t>Bielewie</w:t>
      </w:r>
      <w:proofErr w:type="spellEnd"/>
      <w:r w:rsidR="00E01861">
        <w:rPr>
          <w:rFonts w:ascii="Calibri" w:eastAsia="Calibri" w:hAnsi="Calibri"/>
          <w:color w:val="000000"/>
          <w:sz w:val="16"/>
        </w:rPr>
        <w:t xml:space="preserve"> </w:t>
      </w:r>
    </w:p>
    <w:p w:rsidR="000B3B07" w:rsidRDefault="004A44C1">
      <w:pPr>
        <w:tabs>
          <w:tab w:val="left" w:pos="6718"/>
        </w:tabs>
        <w:autoSpaceDE w:val="0"/>
        <w:autoSpaceDN w:val="0"/>
        <w:spacing w:after="0" w:line="245" w:lineRule="auto"/>
        <w:ind w:left="6482"/>
      </w:pPr>
      <w:proofErr w:type="spellStart"/>
      <w:r>
        <w:rPr>
          <w:rFonts w:ascii="Calibri" w:eastAsia="Calibri" w:hAnsi="Calibri"/>
          <w:color w:val="000000"/>
          <w:sz w:val="16"/>
        </w:rPr>
        <w:t>Rok</w:t>
      </w:r>
      <w:proofErr w:type="spellEnd"/>
      <w:r>
        <w:rPr>
          <w:rFonts w:ascii="Calibri" w:eastAsia="Calibri" w:hAnsi="Calibri"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16"/>
        </w:rPr>
        <w:t>szkolny</w:t>
      </w:r>
      <w:proofErr w:type="spellEnd"/>
      <w:r>
        <w:rPr>
          <w:rFonts w:ascii="Calibri" w:eastAsia="Calibri" w:hAnsi="Calibri"/>
          <w:color w:val="000000"/>
          <w:sz w:val="16"/>
        </w:rPr>
        <w:t xml:space="preserve"> 2026/2027</w:t>
      </w:r>
      <w:bookmarkStart w:id="0" w:name="_GoBack"/>
      <w:bookmarkEnd w:id="0"/>
    </w:p>
    <w:p w:rsidR="000B3B07" w:rsidRDefault="00E01861">
      <w:pPr>
        <w:autoSpaceDE w:val="0"/>
        <w:autoSpaceDN w:val="0"/>
        <w:spacing w:before="1120" w:after="0" w:line="197" w:lineRule="auto"/>
      </w:pPr>
      <w:r>
        <w:rPr>
          <w:rFonts w:ascii="Calibri" w:eastAsia="Calibri" w:hAnsi="Calibri"/>
          <w:color w:val="000000"/>
        </w:rPr>
        <w:t xml:space="preserve">……………………………………………. </w:t>
      </w:r>
    </w:p>
    <w:p w:rsidR="000B3B07" w:rsidRDefault="00E01861">
      <w:pPr>
        <w:autoSpaceDE w:val="0"/>
        <w:autoSpaceDN w:val="0"/>
        <w:spacing w:before="38" w:after="0" w:line="245" w:lineRule="auto"/>
        <w:ind w:right="6336"/>
      </w:pPr>
      <w:r>
        <w:rPr>
          <w:rFonts w:ascii="Calibri" w:eastAsia="Calibri" w:hAnsi="Calibri"/>
          <w:color w:val="000000"/>
          <w:sz w:val="16"/>
        </w:rPr>
        <w:t xml:space="preserve">(Imię i nazwisko dziecka - kandydata) </w:t>
      </w:r>
      <w:r>
        <w:br/>
      </w:r>
      <w:r>
        <w:rPr>
          <w:rFonts w:ascii="Calibri" w:eastAsia="Calibri" w:hAnsi="Calibri"/>
          <w:color w:val="000000"/>
        </w:rPr>
        <w:t xml:space="preserve">…………………………………………….. </w:t>
      </w:r>
    </w:p>
    <w:p w:rsidR="000B3B07" w:rsidRDefault="00E01861">
      <w:pPr>
        <w:autoSpaceDE w:val="0"/>
        <w:autoSpaceDN w:val="0"/>
        <w:spacing w:before="38" w:after="0" w:line="197" w:lineRule="auto"/>
      </w:pPr>
      <w:r>
        <w:rPr>
          <w:rFonts w:ascii="Calibri" w:eastAsia="Calibri" w:hAnsi="Calibri"/>
          <w:color w:val="000000"/>
          <w:sz w:val="16"/>
        </w:rPr>
        <w:t xml:space="preserve">(Adres zamieszkania) </w:t>
      </w:r>
    </w:p>
    <w:p w:rsidR="000B3B07" w:rsidRDefault="00E01861">
      <w:pPr>
        <w:autoSpaceDE w:val="0"/>
        <w:autoSpaceDN w:val="0"/>
        <w:spacing w:before="2274" w:after="0" w:line="197" w:lineRule="auto"/>
        <w:ind w:right="3740"/>
        <w:jc w:val="right"/>
      </w:pPr>
      <w:r>
        <w:rPr>
          <w:rFonts w:ascii="Calibri" w:eastAsia="Calibri" w:hAnsi="Calibri"/>
          <w:b/>
          <w:i/>
          <w:color w:val="000000"/>
          <w:sz w:val="24"/>
        </w:rPr>
        <w:t xml:space="preserve">OŚWIADCZENIE </w:t>
      </w:r>
    </w:p>
    <w:p w:rsidR="005F5A5F" w:rsidRDefault="005F5A5F" w:rsidP="005F5A5F">
      <w:pPr>
        <w:pStyle w:val="Akapitzlis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</w:t>
      </w:r>
    </w:p>
    <w:p w:rsidR="005F5A5F" w:rsidRDefault="005F5A5F" w:rsidP="005F5A5F">
      <w:pPr>
        <w:pStyle w:val="Akapitzlist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Świadoma/y odpowiedzialności karnej za złożenie fałszywego oświadczenia, </w:t>
      </w:r>
    </w:p>
    <w:p w:rsidR="005F5A5F" w:rsidRDefault="005F5A5F" w:rsidP="005F5A5F">
      <w:pPr>
        <w:pStyle w:val="Akapitzlist"/>
        <w:jc w:val="both"/>
        <w:rPr>
          <w:sz w:val="24"/>
          <w:szCs w:val="24"/>
          <w:lang w:val="pl-PL"/>
        </w:rPr>
      </w:pPr>
    </w:p>
    <w:p w:rsidR="005F5A5F" w:rsidRDefault="005F5A5F" w:rsidP="005F5A5F">
      <w:pPr>
        <w:pStyle w:val="Akapitzlis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oświadczam, że ………………………………………………………………………………………………..</w:t>
      </w:r>
    </w:p>
    <w:p w:rsidR="005F5A5F" w:rsidRPr="00FD20CC" w:rsidRDefault="005F5A5F" w:rsidP="005F5A5F">
      <w:pPr>
        <w:pStyle w:val="Tekstpodstawowy"/>
        <w:spacing w:line="199" w:lineRule="exact"/>
        <w:jc w:val="both"/>
        <w:rPr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</w:t>
      </w:r>
      <w:r>
        <w:rPr>
          <w:lang w:val="pl-PL"/>
        </w:rPr>
        <w:t>(n</w:t>
      </w:r>
      <w:r w:rsidRPr="00FD20CC">
        <w:rPr>
          <w:lang w:val="pl-PL"/>
        </w:rPr>
        <w:t>azwisko  i  imię dziecka)</w:t>
      </w:r>
    </w:p>
    <w:p w:rsidR="005F5A5F" w:rsidRDefault="005F5A5F" w:rsidP="005F5A5F">
      <w:pPr>
        <w:pStyle w:val="Akapitzlist"/>
        <w:jc w:val="both"/>
        <w:rPr>
          <w:sz w:val="24"/>
          <w:szCs w:val="24"/>
          <w:lang w:val="pl-PL"/>
        </w:rPr>
      </w:pPr>
    </w:p>
    <w:p w:rsidR="005F5A5F" w:rsidRDefault="005F5A5F" w:rsidP="005F5A5F">
      <w:pPr>
        <w:pStyle w:val="Tekstpodstawowy"/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wychowuję  samotnie, jako / panna, kawaler, wdowa, wdowiec, osoba pozostająca </w:t>
      </w:r>
    </w:p>
    <w:p w:rsidR="005F5A5F" w:rsidRDefault="005F5A5F" w:rsidP="005F5A5F">
      <w:pPr>
        <w:pStyle w:val="Tekstpodstawowy"/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 separacji orzeczonej prawomocnym wyrokiem sądu, osoba rozwiedziona / i  nie wychowuję  żadnego dziecka z  jego  rodzicem.</w:t>
      </w:r>
    </w:p>
    <w:p w:rsidR="000B3B07" w:rsidRDefault="00E01861">
      <w:pPr>
        <w:autoSpaceDE w:val="0"/>
        <w:autoSpaceDN w:val="0"/>
        <w:spacing w:before="572" w:after="0" w:line="292" w:lineRule="exact"/>
        <w:ind w:firstLine="112"/>
      </w:pPr>
      <w:r>
        <w:rPr>
          <w:rFonts w:ascii="Calibri" w:eastAsia="Calibri" w:hAnsi="Calibri"/>
          <w:color w:val="000000"/>
          <w:sz w:val="24"/>
        </w:rPr>
        <w:t xml:space="preserve"> Oświadczam, że zapoznałam/em się z </w:t>
      </w:r>
      <w:r>
        <w:rPr>
          <w:rFonts w:ascii="Calibri" w:eastAsia="Calibri" w:hAnsi="Calibri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Calibri" w:eastAsia="Calibri" w:hAnsi="Calibri"/>
          <w:color w:val="000000"/>
          <w:sz w:val="24"/>
        </w:rPr>
        <w:t xml:space="preserve">Klauzula zamieszczona jest w REGULAMINIE REKRUTACJI DZIECI DO PRZEDSZKOLA SAMORZĄDOWEGO W LUBINIU I PRZEDSZRZEDSZKOLA SAMORZĄDOWEGO W BIELEWIE oraz na stronie internetowej szkoły </w:t>
      </w:r>
      <w:hyperlink r:id="rId6" w:history="1">
        <w:r>
          <w:rPr>
            <w:rFonts w:ascii="Times New Roman" w:eastAsia="Times New Roman" w:hAnsi="Times New Roman"/>
            <w:color w:val="0000FF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osobowych.</w:t>
      </w:r>
    </w:p>
    <w:p w:rsidR="000B3B07" w:rsidRDefault="00E01861">
      <w:pPr>
        <w:tabs>
          <w:tab w:val="left" w:pos="6126"/>
          <w:tab w:val="left" w:pos="6664"/>
        </w:tabs>
        <w:autoSpaceDE w:val="0"/>
        <w:autoSpaceDN w:val="0"/>
        <w:spacing w:before="394" w:after="0" w:line="245" w:lineRule="auto"/>
        <w:ind w:right="576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              </w:t>
      </w:r>
      <w:r w:rsidR="001D2844">
        <w:rPr>
          <w:rFonts w:ascii="Calibri" w:eastAsia="Calibri" w:hAnsi="Calibri"/>
          <w:color w:val="000000"/>
          <w:sz w:val="20"/>
        </w:rPr>
        <w:t xml:space="preserve">              ……………………………………………</w:t>
      </w:r>
      <w:r>
        <w:rPr>
          <w:rFonts w:ascii="Calibri" w:eastAsia="Calibri" w:hAnsi="Calibri"/>
          <w:color w:val="000000"/>
          <w:sz w:val="20"/>
        </w:rPr>
        <w:t>……………………………………………. (</w:t>
      </w:r>
      <w:proofErr w:type="spellStart"/>
      <w:r>
        <w:rPr>
          <w:rFonts w:ascii="Calibri" w:eastAsia="Calibri" w:hAnsi="Calibri"/>
          <w:color w:val="000000"/>
          <w:sz w:val="20"/>
        </w:rPr>
        <w:t>miejscowość</w:t>
      </w:r>
      <w:proofErr w:type="spellEnd"/>
      <w:r>
        <w:rPr>
          <w:rFonts w:ascii="Calibri" w:eastAsia="Calibri" w:hAnsi="Calibri"/>
          <w:color w:val="000000"/>
          <w:sz w:val="20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0"/>
        </w:rPr>
        <w:t>i</w:t>
      </w:r>
      <w:proofErr w:type="spellEnd"/>
      <w:r>
        <w:rPr>
          <w:rFonts w:ascii="Calibri" w:eastAsia="Calibri" w:hAnsi="Calibri"/>
          <w:color w:val="000000"/>
          <w:sz w:val="20"/>
        </w:rPr>
        <w:t xml:space="preserve"> data)                                       </w:t>
      </w:r>
      <w:r w:rsidR="001D2844">
        <w:rPr>
          <w:rFonts w:ascii="Calibri" w:eastAsia="Calibri" w:hAnsi="Calibri"/>
          <w:color w:val="000000"/>
          <w:sz w:val="20"/>
        </w:rPr>
        <w:t xml:space="preserve">  (</w:t>
      </w:r>
      <w:proofErr w:type="spellStart"/>
      <w:r w:rsidR="001D2844">
        <w:rPr>
          <w:rFonts w:ascii="Calibri" w:eastAsia="Calibri" w:hAnsi="Calibri"/>
          <w:color w:val="000000"/>
          <w:sz w:val="20"/>
        </w:rPr>
        <w:t>podpis</w:t>
      </w:r>
      <w:proofErr w:type="spellEnd"/>
      <w:r w:rsidR="001D2844">
        <w:rPr>
          <w:rFonts w:ascii="Calibri" w:eastAsia="Calibri" w:hAnsi="Calibri"/>
          <w:color w:val="000000"/>
          <w:sz w:val="20"/>
        </w:rPr>
        <w:t xml:space="preserve"> </w:t>
      </w:r>
      <w:proofErr w:type="spellStart"/>
      <w:r w:rsidR="001D2844">
        <w:rPr>
          <w:rFonts w:ascii="Calibri" w:eastAsia="Calibri" w:hAnsi="Calibri"/>
          <w:color w:val="000000"/>
          <w:sz w:val="20"/>
        </w:rPr>
        <w:t>osoby</w:t>
      </w:r>
      <w:proofErr w:type="spellEnd"/>
      <w:r w:rsidR="001D2844">
        <w:rPr>
          <w:rFonts w:ascii="Calibri" w:eastAsia="Calibri" w:hAnsi="Calibri"/>
          <w:color w:val="000000"/>
          <w:sz w:val="20"/>
        </w:rPr>
        <w:t xml:space="preserve"> </w:t>
      </w:r>
      <w:proofErr w:type="spellStart"/>
      <w:r w:rsidR="001D2844">
        <w:rPr>
          <w:rFonts w:ascii="Calibri" w:eastAsia="Calibri" w:hAnsi="Calibri"/>
          <w:color w:val="000000"/>
          <w:sz w:val="20"/>
        </w:rPr>
        <w:t>składającej</w:t>
      </w:r>
      <w:proofErr w:type="spellEnd"/>
      <w:r w:rsidR="001D2844">
        <w:rPr>
          <w:rFonts w:ascii="Calibri" w:eastAsia="Calibri" w:hAnsi="Calibri"/>
          <w:color w:val="000000"/>
          <w:sz w:val="20"/>
        </w:rPr>
        <w:t xml:space="preserve"> </w:t>
      </w:r>
      <w:proofErr w:type="spellStart"/>
      <w:r w:rsidR="001D2844">
        <w:rPr>
          <w:rFonts w:ascii="Calibri" w:eastAsia="Calibri" w:hAnsi="Calibri"/>
          <w:color w:val="000000"/>
          <w:sz w:val="20"/>
        </w:rPr>
        <w:t>wniosek</w:t>
      </w:r>
      <w:proofErr w:type="spellEnd"/>
      <w:r w:rsidR="001D2844">
        <w:rPr>
          <w:rFonts w:ascii="Calibri" w:eastAsia="Calibri" w:hAnsi="Calibri"/>
          <w:color w:val="000000"/>
          <w:sz w:val="20"/>
        </w:rPr>
        <w:t>)</w:t>
      </w:r>
      <w:r>
        <w:rPr>
          <w:rFonts w:ascii="Calibri" w:eastAsia="Calibri" w:hAnsi="Calibri"/>
          <w:color w:val="000000"/>
          <w:sz w:val="20"/>
        </w:rPr>
        <w:t xml:space="preserve"> </w:t>
      </w:r>
    </w:p>
    <w:p w:rsidR="000B3B07" w:rsidRDefault="000B3B07">
      <w:pPr>
        <w:autoSpaceDE w:val="0"/>
        <w:autoSpaceDN w:val="0"/>
        <w:spacing w:before="2482" w:after="0" w:line="294" w:lineRule="exact"/>
        <w:ind w:left="476"/>
      </w:pPr>
    </w:p>
    <w:sectPr w:rsidR="000B3B07" w:rsidSect="00034616">
      <w:pgSz w:w="11899" w:h="16841"/>
      <w:pgMar w:top="298" w:right="1380" w:bottom="218" w:left="1298" w:header="720" w:footer="720" w:gutter="0"/>
      <w:cols w:space="720" w:equalWidth="0">
        <w:col w:w="922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B3B07"/>
    <w:rsid w:val="0015074B"/>
    <w:rsid w:val="001D2844"/>
    <w:rsid w:val="0029639D"/>
    <w:rsid w:val="00326F90"/>
    <w:rsid w:val="004A44C1"/>
    <w:rsid w:val="005F5A5F"/>
    <w:rsid w:val="00833CEB"/>
    <w:rsid w:val="00AA1D8D"/>
    <w:rsid w:val="00AF2877"/>
    <w:rsid w:val="00B47730"/>
    <w:rsid w:val="00CB0664"/>
    <w:rsid w:val="00E01861"/>
    <w:rsid w:val="00FC693F"/>
    <w:rsid w:val="00FE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915ABD"/>
  <w14:defaultImageDpi w14:val="300"/>
  <w15:docId w15:val="{7B63BE16-B147-489A-8099-595AA3F91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1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4E2889-6781-4E51-A59A-3C9990A00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8</cp:revision>
  <dcterms:created xsi:type="dcterms:W3CDTF">2013-12-23T23:15:00Z</dcterms:created>
  <dcterms:modified xsi:type="dcterms:W3CDTF">2026-02-04T15:31:00Z</dcterms:modified>
  <cp:category/>
</cp:coreProperties>
</file>