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05E" w:rsidRPr="00B339A8" w:rsidRDefault="0089605E">
      <w:pPr>
        <w:autoSpaceDE w:val="0"/>
        <w:autoSpaceDN w:val="0"/>
        <w:spacing w:after="134" w:line="220" w:lineRule="exact"/>
        <w:rPr>
          <w:lang w:val="pl-PL"/>
        </w:rPr>
      </w:pPr>
    </w:p>
    <w:p w:rsidR="0089605E" w:rsidRPr="00B339A8" w:rsidRDefault="007F2A59">
      <w:pPr>
        <w:autoSpaceDE w:val="0"/>
        <w:autoSpaceDN w:val="0"/>
        <w:spacing w:after="0" w:line="197" w:lineRule="auto"/>
        <w:ind w:right="1160"/>
        <w:jc w:val="right"/>
        <w:rPr>
          <w:lang w:val="pl-PL"/>
        </w:rPr>
      </w:pP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Załącznik  nr  2  do Regulaminu </w:t>
      </w:r>
    </w:p>
    <w:p w:rsidR="0089605E" w:rsidRPr="00B339A8" w:rsidRDefault="007F2A59">
      <w:pPr>
        <w:autoSpaceDE w:val="0"/>
        <w:autoSpaceDN w:val="0"/>
        <w:spacing w:before="36" w:after="0" w:line="199" w:lineRule="auto"/>
        <w:ind w:right="922"/>
        <w:jc w:val="right"/>
        <w:rPr>
          <w:lang w:val="pl-PL"/>
        </w:rPr>
      </w:pP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 rekrutacji  dzieci do Przedszkola      </w:t>
      </w:r>
    </w:p>
    <w:p w:rsidR="0089605E" w:rsidRPr="00B339A8" w:rsidRDefault="007F2A59">
      <w:pPr>
        <w:autoSpaceDE w:val="0"/>
        <w:autoSpaceDN w:val="0"/>
        <w:spacing w:before="34" w:after="0" w:line="197" w:lineRule="auto"/>
        <w:ind w:right="660"/>
        <w:jc w:val="right"/>
        <w:rPr>
          <w:lang w:val="pl-PL"/>
        </w:rPr>
      </w:pP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Samorządowego w Lubiniu i Przedszkola </w:t>
      </w:r>
    </w:p>
    <w:p w:rsidR="0089605E" w:rsidRPr="00B339A8" w:rsidRDefault="007F2A59">
      <w:pPr>
        <w:autoSpaceDE w:val="0"/>
        <w:autoSpaceDN w:val="0"/>
        <w:spacing w:before="34" w:after="0" w:line="197" w:lineRule="auto"/>
        <w:ind w:right="1456"/>
        <w:jc w:val="right"/>
        <w:rPr>
          <w:lang w:val="pl-PL"/>
        </w:rPr>
      </w:pP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Samorządowego w Bielewie </w:t>
      </w:r>
    </w:p>
    <w:p w:rsidR="0089605E" w:rsidRPr="00B339A8" w:rsidRDefault="008731AF">
      <w:pPr>
        <w:autoSpaceDE w:val="0"/>
        <w:autoSpaceDN w:val="0"/>
        <w:spacing w:before="36" w:after="0" w:line="199" w:lineRule="auto"/>
        <w:ind w:right="1370"/>
        <w:jc w:val="right"/>
        <w:rPr>
          <w:lang w:val="pl-PL"/>
        </w:rPr>
      </w:pPr>
      <w:r>
        <w:rPr>
          <w:rFonts w:ascii="Calibri" w:eastAsia="Calibri" w:hAnsi="Calibri"/>
          <w:color w:val="000000"/>
          <w:sz w:val="16"/>
          <w:lang w:val="pl-PL"/>
        </w:rPr>
        <w:t xml:space="preserve"> Rok szkolny 2026/2027</w:t>
      </w:r>
      <w:bookmarkStart w:id="0" w:name="_GoBack"/>
      <w:bookmarkEnd w:id="0"/>
      <w:r w:rsidR="007F2A59" w:rsidRPr="00B339A8">
        <w:rPr>
          <w:rFonts w:ascii="Calibri" w:eastAsia="Calibri" w:hAnsi="Calibri"/>
          <w:color w:val="000000"/>
          <w:sz w:val="16"/>
          <w:lang w:val="pl-PL"/>
        </w:rPr>
        <w:t xml:space="preserve"> </w:t>
      </w:r>
    </w:p>
    <w:p w:rsidR="0089605E" w:rsidRPr="00B339A8" w:rsidRDefault="007F2A59">
      <w:pPr>
        <w:autoSpaceDE w:val="0"/>
        <w:autoSpaceDN w:val="0"/>
        <w:spacing w:before="928" w:after="0" w:line="245" w:lineRule="auto"/>
        <w:ind w:left="116" w:right="6336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........................................................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Nazwisko i imię wnioskodawcy </w:t>
      </w:r>
    </w:p>
    <w:p w:rsidR="0089605E" w:rsidRPr="00B339A8" w:rsidRDefault="007F2A59">
      <w:pPr>
        <w:autoSpaceDE w:val="0"/>
        <w:autoSpaceDN w:val="0"/>
        <w:spacing w:before="288" w:after="0" w:line="194" w:lineRule="auto"/>
        <w:ind w:left="116"/>
        <w:rPr>
          <w:lang w:val="pl-PL"/>
        </w:rPr>
      </w:pP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…………………………………………………………….. </w:t>
      </w:r>
    </w:p>
    <w:p w:rsidR="0089605E" w:rsidRPr="00B339A8" w:rsidRDefault="007F2A59">
      <w:pPr>
        <w:autoSpaceDE w:val="0"/>
        <w:autoSpaceDN w:val="0"/>
        <w:spacing w:before="46" w:after="0" w:line="197" w:lineRule="auto"/>
        <w:ind w:left="116"/>
        <w:rPr>
          <w:lang w:val="pl-PL"/>
        </w:rPr>
      </w:pP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Adres zamieszkania wnioskodawcy </w:t>
      </w:r>
    </w:p>
    <w:p w:rsidR="0089605E" w:rsidRPr="00B339A8" w:rsidRDefault="007F2A59">
      <w:pPr>
        <w:tabs>
          <w:tab w:val="left" w:pos="6496"/>
          <w:tab w:val="left" w:pos="6510"/>
        </w:tabs>
        <w:autoSpaceDE w:val="0"/>
        <w:autoSpaceDN w:val="0"/>
        <w:spacing w:before="58" w:after="0" w:line="245" w:lineRule="auto"/>
        <w:ind w:left="4926"/>
        <w:rPr>
          <w:lang w:val="pl-PL"/>
        </w:rPr>
      </w:pPr>
      <w:r w:rsidRPr="00B339A8">
        <w:rPr>
          <w:lang w:val="pl-PL"/>
        </w:rPr>
        <w:tab/>
      </w:r>
      <w:r w:rsidRPr="00B339A8">
        <w:rPr>
          <w:rFonts w:ascii="Calibri" w:eastAsia="Calibri" w:hAnsi="Calibri"/>
          <w:b/>
          <w:color w:val="000000"/>
          <w:sz w:val="28"/>
          <w:lang w:val="pl-PL"/>
        </w:rPr>
        <w:t xml:space="preserve"> Dyrektor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b/>
          <w:color w:val="000000"/>
          <w:sz w:val="28"/>
          <w:lang w:val="pl-PL"/>
        </w:rPr>
        <w:t xml:space="preserve"> Zespołu Szkół i Placówek Oświatowych      </w:t>
      </w:r>
      <w:r w:rsidRPr="00B339A8">
        <w:rPr>
          <w:lang w:val="pl-PL"/>
        </w:rPr>
        <w:tab/>
      </w:r>
      <w:r w:rsidRPr="00B339A8">
        <w:rPr>
          <w:rFonts w:ascii="Calibri" w:eastAsia="Calibri" w:hAnsi="Calibri"/>
          <w:b/>
          <w:color w:val="000000"/>
          <w:sz w:val="28"/>
          <w:lang w:val="pl-PL"/>
        </w:rPr>
        <w:t xml:space="preserve"> w Lubiniu </w:t>
      </w:r>
    </w:p>
    <w:p w:rsidR="0089605E" w:rsidRPr="00B339A8" w:rsidRDefault="007F2A59">
      <w:pPr>
        <w:tabs>
          <w:tab w:val="left" w:pos="1664"/>
          <w:tab w:val="left" w:pos="3244"/>
          <w:tab w:val="left" w:pos="3264"/>
        </w:tabs>
        <w:autoSpaceDE w:val="0"/>
        <w:autoSpaceDN w:val="0"/>
        <w:spacing w:before="982" w:after="298" w:line="379" w:lineRule="auto"/>
        <w:ind w:left="116" w:right="1440"/>
        <w:rPr>
          <w:lang w:val="pl-PL"/>
        </w:rPr>
      </w:pPr>
      <w:r w:rsidRPr="00B339A8">
        <w:rPr>
          <w:lang w:val="pl-PL"/>
        </w:rPr>
        <w:tab/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WNIOSEK O PRZYJĘCIE DZIECKA </w:t>
      </w:r>
      <w:r w:rsidRPr="00B339A8">
        <w:rPr>
          <w:lang w:val="pl-PL"/>
        </w:rPr>
        <w:br/>
      </w:r>
      <w:r w:rsidRPr="00B339A8">
        <w:rPr>
          <w:lang w:val="pl-PL"/>
        </w:rPr>
        <w:tab/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DO  PRZEDSZKOLA SAMORZĄDOWEGO W  ……………………………… </w:t>
      </w:r>
      <w:r w:rsidRPr="00B339A8">
        <w:rPr>
          <w:lang w:val="pl-PL"/>
        </w:rPr>
        <w:tab/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W ROKU SZKOLNYM ………………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I. INFORMACJE O DZIECKU: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1. Nazwisko i imię dziecka ……………………………………………………………………………………….. 2. Data i miejsce urodzenia ……………………………………………………………………………………… 3. Numer PESEL dziecka ………………………………………………………………………...................... 4. Adres zamieszkania dziecka…………………………………………………………………………………… 5. Deklarowany czas pobytu dziecka w przedszkolu: od godz. …………do godz.…………… </w:t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II. INFORMACJE O RODZINIE DZIECKA: </w:t>
      </w: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1986"/>
        <w:gridCol w:w="3260"/>
        <w:gridCol w:w="4158"/>
      </w:tblGrid>
      <w:tr w:rsidR="0089605E" w:rsidRPr="00B339A8">
        <w:trPr>
          <w:trHeight w:hRule="exact" w:val="306"/>
        </w:trPr>
        <w:tc>
          <w:tcPr>
            <w:tcW w:w="198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326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2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Matka </w:t>
            </w:r>
          </w:p>
        </w:tc>
        <w:tc>
          <w:tcPr>
            <w:tcW w:w="41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2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Ojciec </w:t>
            </w:r>
          </w:p>
        </w:tc>
      </w:tr>
      <w:tr w:rsidR="0089605E" w:rsidRPr="00B339A8">
        <w:trPr>
          <w:trHeight w:hRule="exact" w:val="594"/>
        </w:trPr>
        <w:tc>
          <w:tcPr>
            <w:tcW w:w="198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6" w:after="0" w:line="197" w:lineRule="auto"/>
              <w:ind w:left="104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Imię i nazwisko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596"/>
        </w:trPr>
        <w:tc>
          <w:tcPr>
            <w:tcW w:w="198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4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Adres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zamieszkania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598"/>
        </w:trPr>
        <w:tc>
          <w:tcPr>
            <w:tcW w:w="198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4" w:right="576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Telefon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kontaktowy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866"/>
        </w:trPr>
        <w:tc>
          <w:tcPr>
            <w:tcW w:w="198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4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Adres poczty elektronicznej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4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</w:tbl>
    <w:p w:rsidR="0089605E" w:rsidRPr="00B339A8" w:rsidRDefault="0089605E">
      <w:pPr>
        <w:autoSpaceDE w:val="0"/>
        <w:autoSpaceDN w:val="0"/>
        <w:spacing w:after="0" w:line="14" w:lineRule="exact"/>
        <w:rPr>
          <w:lang w:val="pl-PL"/>
        </w:rPr>
      </w:pPr>
    </w:p>
    <w:p w:rsidR="0089605E" w:rsidRPr="00B339A8" w:rsidRDefault="0089605E">
      <w:pPr>
        <w:rPr>
          <w:lang w:val="pl-PL"/>
        </w:rPr>
        <w:sectPr w:rsidR="0089605E" w:rsidRPr="00B339A8">
          <w:pgSz w:w="12240" w:h="15840"/>
          <w:pgMar w:top="356" w:right="1030" w:bottom="1056" w:left="1302" w:header="720" w:footer="720" w:gutter="0"/>
          <w:cols w:space="720" w:equalWidth="0">
            <w:col w:w="9908" w:space="0"/>
          </w:cols>
          <w:docGrid w:linePitch="360"/>
        </w:sectPr>
      </w:pPr>
    </w:p>
    <w:p w:rsidR="0089605E" w:rsidRPr="00B339A8" w:rsidRDefault="0089605E">
      <w:pPr>
        <w:autoSpaceDE w:val="0"/>
        <w:autoSpaceDN w:val="0"/>
        <w:spacing w:after="732" w:line="220" w:lineRule="exact"/>
        <w:rPr>
          <w:lang w:val="pl-PL"/>
        </w:rPr>
      </w:pPr>
    </w:p>
    <w:p w:rsidR="0089605E" w:rsidRPr="00B339A8" w:rsidRDefault="007F2A59">
      <w:pPr>
        <w:autoSpaceDE w:val="0"/>
        <w:autoSpaceDN w:val="0"/>
        <w:spacing w:after="0" w:line="245" w:lineRule="auto"/>
        <w:ind w:left="112"/>
        <w:rPr>
          <w:lang w:val="pl-PL"/>
        </w:rPr>
      </w:pP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III. INFORMACJE O ZŁOŻENIU WNIOSKU O PRZYJĘCIE KANDYDATA DO WIĘCEJ NIŻ JEDNEGO PRZEDSZKOLA GMINY KRZYWIŃ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i/>
          <w:color w:val="000000"/>
          <w:sz w:val="24"/>
          <w:lang w:val="pl-PL"/>
        </w:rPr>
        <w:t xml:space="preserve">Jeżeli wnioskodawca skorzystał z prawa składania wniosku o przyjęcie kandydata do więcej niż jednego  przedszkola Gminy Krzywiń zobowiązany jest wpisać nazwy przedszkoli, w kolejności od najbardziej do najmniej preferowanych. </w:t>
      </w:r>
    </w:p>
    <w:p w:rsidR="0089605E" w:rsidRPr="00B339A8" w:rsidRDefault="007F2A59">
      <w:pPr>
        <w:autoSpaceDE w:val="0"/>
        <w:autoSpaceDN w:val="0"/>
        <w:spacing w:before="54" w:after="0" w:line="245" w:lineRule="auto"/>
        <w:ind w:left="112" w:right="1440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1. Pierwszy wybór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nazwa przedszkola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adres przedszkola </w:t>
      </w:r>
    </w:p>
    <w:p w:rsidR="0089605E" w:rsidRPr="00B339A8" w:rsidRDefault="007F2A59">
      <w:pPr>
        <w:autoSpaceDE w:val="0"/>
        <w:autoSpaceDN w:val="0"/>
        <w:spacing w:before="346" w:after="0" w:line="245" w:lineRule="auto"/>
        <w:ind w:left="112" w:right="1440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2. Drugi wybór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nazwa przedszkola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adres przedszkola </w:t>
      </w:r>
    </w:p>
    <w:p w:rsidR="0089605E" w:rsidRPr="00B339A8" w:rsidRDefault="007F2A59">
      <w:pPr>
        <w:autoSpaceDE w:val="0"/>
        <w:autoSpaceDN w:val="0"/>
        <w:spacing w:before="296" w:after="0" w:line="245" w:lineRule="auto"/>
        <w:ind w:left="112" w:right="1440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3. Trzeci wybór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nazwa przedszkola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…………………………………………………………………………………………………………………………… </w:t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adres przedszkola </w:t>
      </w:r>
    </w:p>
    <w:p w:rsidR="0089605E" w:rsidRPr="00B339A8" w:rsidRDefault="007F2A59">
      <w:pPr>
        <w:autoSpaceDE w:val="0"/>
        <w:autoSpaceDN w:val="0"/>
        <w:spacing w:before="296" w:after="4" w:line="245" w:lineRule="auto"/>
        <w:ind w:left="112" w:right="576"/>
        <w:rPr>
          <w:lang w:val="pl-PL"/>
        </w:rPr>
      </w:pP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IV. INFORMACJA O SPEŁNIANIU KRYTERIÓW OKREŚLONYCH W USTAWIE O SYSTEMIE OŚWIATY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 Jeżeli chcecie Państwo by komisja rekrutacyjna wzięła pod uwagę spełnianie danego kryterium, w kolumnie czwartej tego kryterium, napisz TAK i zgodnie z instrukcją w kolumnie trzeciej, dołącz do wniosku dokumenty potwierdzające spełnianie tego kryterium. </w:t>
      </w: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960"/>
        <w:gridCol w:w="2582"/>
        <w:gridCol w:w="4392"/>
        <w:gridCol w:w="1464"/>
      </w:tblGrid>
      <w:tr w:rsidR="0089605E" w:rsidRPr="00B339A8">
        <w:trPr>
          <w:trHeight w:hRule="exact" w:val="133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l/p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0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Kryterium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2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Dokument potwierdzający spełnianie kryterium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2" w:right="144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Zgłoszenie kryterium do oceny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Tak*/nie </w:t>
            </w:r>
          </w:p>
        </w:tc>
      </w:tr>
      <w:tr w:rsidR="0089605E" w:rsidRPr="00B339A8">
        <w:trPr>
          <w:trHeight w:hRule="exact" w:val="59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1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0" w:right="144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Wielodzietność rodziny kandydata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245" w:lineRule="auto"/>
              <w:ind w:left="102" w:right="144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Oświadczenie</w:t>
            </w:r>
            <w:r w:rsidR="00882F99">
              <w:rPr>
                <w:rFonts w:ascii="Calibri" w:eastAsia="Calibri" w:hAnsi="Calibri"/>
                <w:b/>
                <w:color w:val="000000"/>
                <w:sz w:val="16"/>
                <w:lang w:val="pl-PL"/>
              </w:rPr>
              <w:t xml:space="preserve"> 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 wielodzietności rodziny kandydata.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 w:rsidTr="00B339A8">
        <w:trPr>
          <w:trHeight w:hRule="exact" w:val="3140"/>
        </w:trPr>
        <w:tc>
          <w:tcPr>
            <w:tcW w:w="96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2 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0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Niepełnosprawność kandydata 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o potrzebie kształcenia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specjalnego wydane ze względu na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niepełnosprawność lub orzeczenie o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niepełnosprawności lub o stopniu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niepełnosprawności lub orzeczenie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równoważne w rozumieniu przepisów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ustawy z dnia 27 sierpnia 1997 r. o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rehabilitacji zawodowej i społecznej oraz zatrudnianiu osób </w:t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niepełnosprawnych (Dz. U. z 2021 r., poz. 573, 426 i 1172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.) 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</w:tbl>
    <w:p w:rsidR="0089605E" w:rsidRPr="00B339A8" w:rsidRDefault="0089605E">
      <w:pPr>
        <w:autoSpaceDE w:val="0"/>
        <w:autoSpaceDN w:val="0"/>
        <w:spacing w:after="0" w:line="14" w:lineRule="exact"/>
        <w:rPr>
          <w:lang w:val="pl-PL"/>
        </w:rPr>
      </w:pPr>
    </w:p>
    <w:p w:rsidR="0089605E" w:rsidRPr="00B339A8" w:rsidRDefault="0089605E">
      <w:pPr>
        <w:rPr>
          <w:lang w:val="pl-PL"/>
        </w:rPr>
        <w:sectPr w:rsidR="0089605E" w:rsidRPr="00B339A8">
          <w:pgSz w:w="12240" w:h="15840"/>
          <w:pgMar w:top="950" w:right="1396" w:bottom="720" w:left="1306" w:header="720" w:footer="720" w:gutter="0"/>
          <w:cols w:space="720" w:equalWidth="0">
            <w:col w:w="9538" w:space="0"/>
          </w:cols>
          <w:docGrid w:linePitch="360"/>
        </w:sectPr>
      </w:pPr>
    </w:p>
    <w:p w:rsidR="0089605E" w:rsidRPr="00B339A8" w:rsidRDefault="0089605E">
      <w:pPr>
        <w:autoSpaceDE w:val="0"/>
        <w:autoSpaceDN w:val="0"/>
        <w:spacing w:after="120" w:line="220" w:lineRule="exact"/>
        <w:rPr>
          <w:lang w:val="pl-PL"/>
        </w:rPr>
      </w:pP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960"/>
        <w:gridCol w:w="2582"/>
        <w:gridCol w:w="4392"/>
        <w:gridCol w:w="1464"/>
      </w:tblGrid>
      <w:tr w:rsidR="0089605E" w:rsidRPr="00B339A8" w:rsidTr="00B339A8">
        <w:trPr>
          <w:trHeight w:hRule="exact" w:val="317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6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3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6" w:after="0" w:line="245" w:lineRule="auto"/>
              <w:ind w:left="100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Niepełnosprawność jednego z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rodziców kandydata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B339A8">
            <w:pPr>
              <w:autoSpaceDE w:val="0"/>
              <w:autoSpaceDN w:val="0"/>
              <w:spacing w:before="46" w:after="0" w:line="245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o</w:t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potrzebie kształcenia specjalnego wydane ze względu na  niepełnosprawność, orzeczenie o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niepełnosprawności lub </w:t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 stopniu </w:t>
            </w:r>
            <w:r w:rsidRPr="00B339A8">
              <w:rPr>
                <w:lang w:val="pl-PL"/>
              </w:rPr>
              <w:br/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niepełnosprawności lub 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równoważne w rozumieniu przepisów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ustawy z dnia 27 sierpnia 1997 r. o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rehabilitacji zawodowej i społecznej oraz zatrudnianiu os</w:t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ób niepełnosprawnych (Dz. U. z 2021 r., poz. 573, 426 i 1172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)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 w:rsidTr="00B339A8">
        <w:trPr>
          <w:trHeight w:hRule="exact" w:val="3426"/>
        </w:trPr>
        <w:tc>
          <w:tcPr>
            <w:tcW w:w="96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2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4 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2" w:after="0" w:line="245" w:lineRule="auto"/>
              <w:ind w:left="100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Niepełnosprawność obojga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rodziców kandydata 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B339A8" w:rsidP="00B339A8">
            <w:pPr>
              <w:autoSpaceDE w:val="0"/>
              <w:autoSpaceDN w:val="0"/>
              <w:spacing w:before="52" w:after="0" w:line="245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o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potrzebie kształcenia specjalnego wydane ze względu na  niepełnosprawność, orzeczenie o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niepełnosprawności lub 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 stopniu </w:t>
            </w:r>
            <w:r w:rsidRPr="00B339A8">
              <w:rPr>
                <w:lang w:val="pl-PL"/>
              </w:rPr>
              <w:br/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>niepełnosprawności lub 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równoważne w rozumieniu przepisów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ustawy z dnia 27 sierpnia 1997 r. o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rehabilitacji zawodowej i społecznej oraz zatrudnianiu os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>ób niepełnosprawnych (tekst jednolity Dz. U. z 2021 r., poz. 573 ze zm.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) </w:t>
            </w:r>
            <w:r w:rsidR="007F2A59"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 w:rsidTr="00B339A8">
        <w:trPr>
          <w:trHeight w:hRule="exact" w:val="3121"/>
        </w:trPr>
        <w:tc>
          <w:tcPr>
            <w:tcW w:w="96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5 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0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Niepełnosprawność rodzeństwa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kandydata 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B339A8" w:rsidP="00B339A8">
            <w:pPr>
              <w:autoSpaceDE w:val="0"/>
              <w:autoSpaceDN w:val="0"/>
              <w:spacing w:before="48" w:after="0" w:line="245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o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potrzebie kształcenia specjalnego wydane ze względu na  niepełnosprawność, orzeczenie o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niepełnosprawności lub 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 stopniu </w:t>
            </w:r>
            <w:r w:rsidRPr="00B339A8">
              <w:rPr>
                <w:lang w:val="pl-PL"/>
              </w:rPr>
              <w:br/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>niepełnosprawności lub orzeczenie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równoważne w rozumieniu przepisów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ustawy z dnia 27 sierpnia 1997 r. o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rehabilitacji zawodowej i społecznej oraz zatrudnianiu os</w:t>
            </w:r>
            <w:r>
              <w:rPr>
                <w:rFonts w:ascii="Calibri" w:eastAsia="Calibri" w:hAnsi="Calibri"/>
                <w:color w:val="000000"/>
                <w:sz w:val="24"/>
                <w:lang w:val="pl-PL"/>
              </w:rPr>
              <w:t>ób niepełnosprawnych (Dz. U. z 2021 r., poz. 5733, 426 i 1172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)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2062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6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0" w:right="288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Samotne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wychowywanie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kandydata w rodzinie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2" w:right="288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Prawomocny wyrok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sądu rodzinnego orzekający rozwód lub separację lub akt zgonu </w:t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oraz oświadczenie 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 samotnym wychowywaniu dziecka oraz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niewychowywaniu żadnego dziecka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wspólnie z jego rodzicem.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235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7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0" w:right="576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Objęcie kandydata pieczą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zastępczą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339A8" w:rsidRPr="00B339A8" w:rsidRDefault="007F2A59" w:rsidP="00B339A8">
            <w:pPr>
              <w:autoSpaceDE w:val="0"/>
              <w:autoSpaceDN w:val="0"/>
              <w:spacing w:before="48" w:after="0" w:line="245" w:lineRule="auto"/>
              <w:ind w:left="102"/>
              <w:rPr>
                <w:rFonts w:ascii="Calibri" w:eastAsia="Calibri" w:hAnsi="Calibri"/>
                <w:color w:val="000000"/>
                <w:sz w:val="24"/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Dokument poświadczający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objęcie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dziecka pieczą zastępczą zgodnie z ustawą z dnia 9 czerwca 2011 r. o wspieraniu rodziny i systemie pieczy zastępczej (Dz. U. z</w:t>
            </w:r>
            <w:r w:rsid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2020r., poz. 821, 1111 i 998)</w:t>
            </w:r>
          </w:p>
          <w:p w:rsidR="0089605E" w:rsidRPr="00B339A8" w:rsidRDefault="007F2A59">
            <w:pPr>
              <w:autoSpaceDE w:val="0"/>
              <w:autoSpaceDN w:val="0"/>
              <w:spacing w:before="54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</w:tbl>
    <w:p w:rsidR="0089605E" w:rsidRPr="00B339A8" w:rsidRDefault="007F2A59">
      <w:pPr>
        <w:autoSpaceDE w:val="0"/>
        <w:autoSpaceDN w:val="0"/>
        <w:spacing w:before="342" w:after="0" w:line="245" w:lineRule="auto"/>
        <w:ind w:left="112" w:right="576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lastRenderedPageBreak/>
        <w:t xml:space="preserve">Do wniosku dołączam dokumenty  potwierdzające spełnianie kryterium wymienionego w punkcie ………........ </w:t>
      </w:r>
    </w:p>
    <w:p w:rsidR="0089605E" w:rsidRPr="00B339A8" w:rsidRDefault="0089605E">
      <w:pPr>
        <w:rPr>
          <w:lang w:val="pl-PL"/>
        </w:rPr>
        <w:sectPr w:rsidR="0089605E" w:rsidRPr="00B339A8">
          <w:pgSz w:w="12240" w:h="15840"/>
          <w:pgMar w:top="340" w:right="1440" w:bottom="808" w:left="1306" w:header="720" w:footer="720" w:gutter="0"/>
          <w:cols w:space="720" w:equalWidth="0">
            <w:col w:w="9494" w:space="0"/>
          </w:cols>
          <w:docGrid w:linePitch="360"/>
        </w:sectPr>
      </w:pPr>
    </w:p>
    <w:p w:rsidR="0089605E" w:rsidRPr="00B339A8" w:rsidRDefault="0089605E">
      <w:pPr>
        <w:autoSpaceDE w:val="0"/>
        <w:autoSpaceDN w:val="0"/>
        <w:spacing w:after="118" w:line="220" w:lineRule="exact"/>
        <w:rPr>
          <w:lang w:val="pl-PL"/>
        </w:rPr>
      </w:pPr>
    </w:p>
    <w:p w:rsidR="0089605E" w:rsidRPr="00B339A8" w:rsidRDefault="007F2A59">
      <w:pPr>
        <w:autoSpaceDE w:val="0"/>
        <w:autoSpaceDN w:val="0"/>
        <w:spacing w:after="0" w:line="245" w:lineRule="auto"/>
        <w:ind w:left="112"/>
        <w:rPr>
          <w:lang w:val="pl-PL"/>
        </w:rPr>
      </w:pPr>
      <w:r w:rsidRPr="00B339A8">
        <w:rPr>
          <w:rFonts w:ascii="Calibri" w:eastAsia="Calibri" w:hAnsi="Calibri"/>
          <w:color w:val="000000"/>
          <w:sz w:val="10"/>
          <w:lang w:val="pl-PL"/>
        </w:rPr>
        <w:t>1</w:t>
      </w: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 Zgodnie z Art. 20 t ust.6 ustawy o systemie oświaty, oświadczenia, składa się pod rygorem odpowiedzialności karnej za składanie fałszywych zeznań. Składający oświadczenie jest obowiązany do zawarcia w nim klauzuli następującej treści: „Jestem świadomy odpowiedzialności karnej za złożenie fałszywego oświadczenia. „Klauzula ta zastępuje pouczenie organu o odpowiedzialności karnej za składanie fałszywych zeznań. </w:t>
      </w:r>
      <w:r w:rsidRPr="00B339A8">
        <w:rPr>
          <w:rFonts w:ascii="Calibri" w:eastAsia="Calibri" w:hAnsi="Calibri"/>
          <w:color w:val="000000"/>
          <w:sz w:val="10"/>
          <w:lang w:val="pl-PL"/>
        </w:rPr>
        <w:t>2</w:t>
      </w: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 Oświadczenie o samotnym wychowywaniu dziecka oraz niewychowywaniu żadnego dziecka wspólnie z jego rodzicem, składane jest w każdej sytuacji wymienionej jako definicja samotnego wychowywania dziecka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color w:val="000000"/>
          <w:sz w:val="16"/>
          <w:lang w:val="pl-PL"/>
        </w:rPr>
        <w:t xml:space="preserve">(patrz pkt. 8). Oświadczenia składa się po rygorem odpowiedzialności karnej. </w:t>
      </w:r>
    </w:p>
    <w:p w:rsidR="0089605E" w:rsidRPr="00B339A8" w:rsidRDefault="007F2A59">
      <w:pPr>
        <w:autoSpaceDE w:val="0"/>
        <w:autoSpaceDN w:val="0"/>
        <w:spacing w:before="1126" w:after="0" w:line="245" w:lineRule="auto"/>
        <w:ind w:left="112" w:right="720"/>
        <w:rPr>
          <w:lang w:val="pl-PL"/>
        </w:rPr>
      </w:pP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V. INFORMACJA O SPEŁNIANIU KRYTERIÓW USTALONYCH PRZEZ BURMISTRZA MIASTA I GMINY KRZYWIŃ NA II ETAPIE REKRUTACJI </w:t>
      </w:r>
    </w:p>
    <w:p w:rsidR="0089605E" w:rsidRPr="00B339A8" w:rsidRDefault="007F2A59">
      <w:pPr>
        <w:autoSpaceDE w:val="0"/>
        <w:autoSpaceDN w:val="0"/>
        <w:spacing w:before="338" w:after="298" w:line="245" w:lineRule="auto"/>
        <w:ind w:left="112"/>
        <w:rPr>
          <w:lang w:val="pl-PL"/>
        </w:rPr>
      </w:pPr>
      <w:r w:rsidRPr="00B339A8">
        <w:rPr>
          <w:rFonts w:ascii="Calibri" w:eastAsia="Calibri" w:hAnsi="Calibri"/>
          <w:b/>
          <w:i/>
          <w:color w:val="000000"/>
          <w:sz w:val="20"/>
          <w:lang w:val="pl-PL"/>
        </w:rPr>
        <w:t xml:space="preserve">*) Jeżeli chcecie Państwo by komisja rekrutacyjna wzięła pod uwagę spełnianie danego kryterium, w kolumnie trzeciej tego kryterium, napisz TAK i dołącz do wniosku oświadczenie potwierdzające spełnianie tego kryterium. </w:t>
      </w: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550"/>
        <w:gridCol w:w="4312"/>
        <w:gridCol w:w="2076"/>
        <w:gridCol w:w="2480"/>
      </w:tblGrid>
      <w:tr w:rsidR="0089605E" w:rsidRPr="00B339A8">
        <w:trPr>
          <w:trHeight w:hRule="exact" w:val="118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197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L/p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197" w:lineRule="auto"/>
              <w:ind w:left="104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Kryterium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4" w:right="288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Dokumenty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potwierdzające spełnianie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kryterium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48" w:after="0" w:line="245" w:lineRule="auto"/>
              <w:ind w:left="102" w:right="1008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Wartość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kryterium w punktach </w:t>
            </w:r>
          </w:p>
        </w:tc>
      </w:tr>
      <w:tr w:rsidR="0089605E" w:rsidRPr="00B339A8">
        <w:trPr>
          <w:trHeight w:hRule="exact" w:val="1476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1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346CB7">
            <w:pPr>
              <w:autoSpaceDE w:val="0"/>
              <w:autoSpaceDN w:val="0"/>
              <w:spacing w:before="50" w:after="0" w:line="245" w:lineRule="auto"/>
              <w:ind w:left="104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dzieci </w:t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>obojga rodziców</w:t>
            </w:r>
            <w:r w:rsidR="00346CB7"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, którzy pracują, prowadzą działalność gospodarczą, uczą się w trybie dziennym, prowadzą gospodarstwo rolne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346CB7">
            <w:pPr>
              <w:autoSpaceDE w:val="0"/>
              <w:autoSpaceDN w:val="0"/>
              <w:spacing w:before="50" w:after="0" w:line="245" w:lineRule="auto"/>
              <w:ind w:left="104" w:right="288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>Zaświadczeni</w:t>
            </w:r>
            <w:r w:rsidR="00346CB7"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>e</w:t>
            </w: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4p </w:t>
            </w:r>
          </w:p>
        </w:tc>
      </w:tr>
      <w:tr w:rsidR="0089605E" w:rsidRPr="00B339A8">
        <w:trPr>
          <w:trHeight w:hRule="exact" w:val="1768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2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346CB7">
            <w:pPr>
              <w:autoSpaceDE w:val="0"/>
              <w:autoSpaceDN w:val="0"/>
              <w:spacing w:before="50" w:after="0" w:line="245" w:lineRule="auto"/>
              <w:ind w:left="104" w:right="144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dzieci </w:t>
            </w:r>
            <w:r w:rsidR="00346CB7"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rodzica </w:t>
            </w:r>
            <w:r w:rsidR="00346CB7"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(matki lub ojca), który pracuje, prowadzi działalność gospodarczą, uczy się w trybie dziennym, prowadzi gospodarstwo rolne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346CB7">
            <w:pPr>
              <w:autoSpaceDE w:val="0"/>
              <w:autoSpaceDN w:val="0"/>
              <w:spacing w:before="50" w:after="0" w:line="245" w:lineRule="auto"/>
              <w:ind w:left="104" w:right="288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Zaświadczenie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1p </w:t>
            </w:r>
          </w:p>
        </w:tc>
      </w:tr>
      <w:tr w:rsidR="0089605E" w:rsidRPr="00B339A8">
        <w:trPr>
          <w:trHeight w:hRule="exact" w:val="1182"/>
        </w:trPr>
        <w:tc>
          <w:tcPr>
            <w:tcW w:w="5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3 </w:t>
            </w:r>
          </w:p>
        </w:tc>
        <w:tc>
          <w:tcPr>
            <w:tcW w:w="431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4" w:right="576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dzieci, które korzystać będą </w:t>
            </w: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z pełnej </w:t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oferty przedszkola </w:t>
            </w:r>
            <w:r w:rsidRPr="00B339A8">
              <w:rPr>
                <w:lang w:val="pl-PL"/>
              </w:rPr>
              <w:br/>
            </w: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/ powyżej podstawy programowej </w:t>
            </w:r>
          </w:p>
        </w:tc>
        <w:tc>
          <w:tcPr>
            <w:tcW w:w="20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4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oświadczenie </w:t>
            </w:r>
          </w:p>
        </w:tc>
        <w:tc>
          <w:tcPr>
            <w:tcW w:w="248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2p </w:t>
            </w:r>
          </w:p>
        </w:tc>
      </w:tr>
      <w:tr w:rsidR="0089605E" w:rsidRPr="00B339A8">
        <w:trPr>
          <w:trHeight w:hRule="exact" w:val="89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4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245" w:lineRule="auto"/>
              <w:ind w:left="104" w:right="144"/>
              <w:rPr>
                <w:lang w:val="pl-PL"/>
              </w:rPr>
            </w:pPr>
            <w:r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>dzieci, których rodzeństwo uczy się / gdzie jest tro</w:t>
            </w:r>
            <w:r w:rsidR="00346CB7" w:rsidRPr="00B339A8">
              <w:rPr>
                <w:rFonts w:ascii="Calibri" w:eastAsia="Calibri" w:hAnsi="Calibri"/>
                <w:color w:val="000000"/>
                <w:sz w:val="24"/>
                <w:lang w:val="pl-PL"/>
              </w:rPr>
              <w:t xml:space="preserve">je i więcej dzieci w rodzinie 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4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oświadczenie 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before="50" w:after="0" w:line="197" w:lineRule="auto"/>
              <w:ind w:left="102"/>
              <w:rPr>
                <w:lang w:val="pl-PL"/>
              </w:rPr>
            </w:pPr>
            <w:r w:rsidRPr="00B339A8">
              <w:rPr>
                <w:rFonts w:ascii="Calibri" w:eastAsia="Calibri" w:hAnsi="Calibri"/>
                <w:i/>
                <w:color w:val="000000"/>
                <w:sz w:val="24"/>
                <w:lang w:val="pl-PL"/>
              </w:rPr>
              <w:t xml:space="preserve">1p </w:t>
            </w:r>
          </w:p>
        </w:tc>
      </w:tr>
    </w:tbl>
    <w:p w:rsidR="0089605E" w:rsidRPr="00B339A8" w:rsidRDefault="007F2A59">
      <w:pPr>
        <w:autoSpaceDE w:val="0"/>
        <w:autoSpaceDN w:val="0"/>
        <w:spacing w:before="336" w:after="0" w:line="245" w:lineRule="auto"/>
        <w:ind w:left="112" w:right="432"/>
        <w:rPr>
          <w:lang w:val="pl-PL"/>
        </w:rPr>
      </w:pP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1. Zgodnie z Art. 20c ust. 4 ustawy o systemie oświaty, spełnianie przez kandydata kryteriów określonych przez organ prowadzący jest potwierdzane zaświadczeniem i oświadczeniami. </w:t>
      </w:r>
    </w:p>
    <w:p w:rsidR="0089605E" w:rsidRPr="00B339A8" w:rsidRDefault="007F2A59">
      <w:pPr>
        <w:autoSpaceDE w:val="0"/>
        <w:autoSpaceDN w:val="0"/>
        <w:spacing w:before="46" w:after="0" w:line="245" w:lineRule="auto"/>
        <w:ind w:left="112" w:right="288"/>
        <w:rPr>
          <w:lang w:val="pl-PL"/>
        </w:rPr>
      </w:pP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2. Do wniosku dołączam zaświadczenia o spełnianiu kryteriów wymienionych w punkcie </w:t>
      </w:r>
      <w:r w:rsidRPr="00B339A8">
        <w:rPr>
          <w:rFonts w:ascii="Calibri" w:eastAsia="Calibri" w:hAnsi="Calibri"/>
          <w:b/>
          <w:i/>
          <w:color w:val="000000"/>
          <w:sz w:val="20"/>
          <w:lang w:val="pl-PL"/>
        </w:rPr>
        <w:t xml:space="preserve">1 i 2 </w:t>
      </w:r>
      <w:r w:rsidRPr="00B339A8">
        <w:rPr>
          <w:rFonts w:ascii="Calibri" w:eastAsia="Calibri" w:hAnsi="Calibri"/>
          <w:i/>
          <w:color w:val="000000"/>
          <w:sz w:val="20"/>
          <w:lang w:val="pl-PL"/>
        </w:rPr>
        <w:t xml:space="preserve">oraz oświadczenia o spełnianiu kryteriów w punkcie </w:t>
      </w:r>
      <w:r w:rsidRPr="00B339A8">
        <w:rPr>
          <w:rFonts w:ascii="Calibri" w:eastAsia="Calibri" w:hAnsi="Calibri"/>
          <w:b/>
          <w:i/>
          <w:color w:val="000000"/>
          <w:sz w:val="20"/>
          <w:lang w:val="pl-PL"/>
        </w:rPr>
        <w:t xml:space="preserve">3 i 4. </w:t>
      </w:r>
    </w:p>
    <w:p w:rsidR="0089605E" w:rsidRPr="00B339A8" w:rsidRDefault="0089605E">
      <w:pPr>
        <w:rPr>
          <w:lang w:val="pl-PL"/>
        </w:rPr>
        <w:sectPr w:rsidR="0089605E" w:rsidRPr="00B339A8">
          <w:pgSz w:w="12240" w:h="15840"/>
          <w:pgMar w:top="338" w:right="1396" w:bottom="1440" w:left="1306" w:header="720" w:footer="720" w:gutter="0"/>
          <w:cols w:space="720" w:equalWidth="0">
            <w:col w:w="9538" w:space="0"/>
          </w:cols>
          <w:docGrid w:linePitch="360"/>
        </w:sectPr>
      </w:pPr>
    </w:p>
    <w:p w:rsidR="0089605E" w:rsidRPr="00B339A8" w:rsidRDefault="0089605E">
      <w:pPr>
        <w:autoSpaceDE w:val="0"/>
        <w:autoSpaceDN w:val="0"/>
        <w:spacing w:after="304" w:line="220" w:lineRule="exact"/>
        <w:rPr>
          <w:lang w:val="pl-PL"/>
        </w:rPr>
      </w:pPr>
    </w:p>
    <w:p w:rsidR="0089605E" w:rsidRPr="00B339A8" w:rsidRDefault="007F2A59">
      <w:pPr>
        <w:autoSpaceDE w:val="0"/>
        <w:autoSpaceDN w:val="0"/>
        <w:spacing w:after="0" w:line="245" w:lineRule="auto"/>
        <w:ind w:right="1152"/>
        <w:rPr>
          <w:lang w:val="pl-PL"/>
        </w:rPr>
      </w:pPr>
      <w:r w:rsidRPr="00B339A8">
        <w:rPr>
          <w:rFonts w:ascii="Calibri" w:eastAsia="Calibri" w:hAnsi="Calibri"/>
          <w:b/>
          <w:color w:val="000000"/>
          <w:sz w:val="20"/>
          <w:lang w:val="pl-PL"/>
        </w:rPr>
        <w:t>VI</w:t>
      </w:r>
      <w:r w:rsidRPr="00B339A8">
        <w:rPr>
          <w:rFonts w:ascii="Calibri" w:eastAsia="Calibri" w:hAnsi="Calibri"/>
          <w:color w:val="000000"/>
          <w:sz w:val="20"/>
          <w:lang w:val="pl-PL"/>
        </w:rPr>
        <w:t>.</w:t>
      </w:r>
      <w:r w:rsidRPr="00B339A8">
        <w:rPr>
          <w:rFonts w:ascii="Calibri" w:eastAsia="Calibri" w:hAnsi="Calibri"/>
          <w:b/>
          <w:color w:val="000000"/>
          <w:sz w:val="20"/>
          <w:lang w:val="pl-PL"/>
        </w:rPr>
        <w:t xml:space="preserve">OŚWIADCZENIE  RODZICÓW  W  PRZYPADKU  UPOWAŻNIENIA  INNYCH  OSÓB  DO </w:t>
      </w:r>
      <w:r w:rsidRPr="00B339A8">
        <w:rPr>
          <w:lang w:val="pl-PL"/>
        </w:rPr>
        <w:br/>
      </w:r>
      <w:r w:rsidRPr="00B339A8">
        <w:rPr>
          <w:rFonts w:ascii="Calibri" w:eastAsia="Calibri" w:hAnsi="Calibri"/>
          <w:b/>
          <w:color w:val="000000"/>
          <w:sz w:val="20"/>
          <w:lang w:val="pl-PL"/>
        </w:rPr>
        <w:t xml:space="preserve">PRZYPROWADZANIA  I ODBIORU  DZIECKA  Z  PRZEDSZKOLA  LUB PRZYSTANKU  AUTOBUSOWEGO. (Upoważnić można tylko osoby pełnoletnie). </w:t>
      </w:r>
    </w:p>
    <w:p w:rsidR="0089605E" w:rsidRPr="00B339A8" w:rsidRDefault="007F2A59">
      <w:pPr>
        <w:autoSpaceDE w:val="0"/>
        <w:autoSpaceDN w:val="0"/>
        <w:spacing w:before="544" w:after="0" w:line="197" w:lineRule="auto"/>
        <w:ind w:left="460"/>
        <w:rPr>
          <w:lang w:val="pl-PL"/>
        </w:rPr>
      </w:pPr>
      <w:r w:rsidRPr="00B339A8">
        <w:rPr>
          <w:rFonts w:ascii="Calibri" w:eastAsia="Calibri" w:hAnsi="Calibri"/>
          <w:color w:val="000000"/>
          <w:lang w:val="pl-PL"/>
        </w:rPr>
        <w:t xml:space="preserve">Ja ………………………………………….…………………………. legitymujący się dowodem osobistym o </w:t>
      </w:r>
    </w:p>
    <w:p w:rsidR="0089605E" w:rsidRPr="00B339A8" w:rsidRDefault="007F2A59">
      <w:pPr>
        <w:autoSpaceDE w:val="0"/>
        <w:autoSpaceDN w:val="0"/>
        <w:spacing w:before="86" w:after="0" w:line="197" w:lineRule="auto"/>
        <w:ind w:left="1012"/>
        <w:rPr>
          <w:lang w:val="pl-PL"/>
        </w:rPr>
      </w:pPr>
      <w:r w:rsidRPr="00B339A8">
        <w:rPr>
          <w:rFonts w:ascii="Calibri" w:eastAsia="Calibri" w:hAnsi="Calibri"/>
          <w:color w:val="000000"/>
          <w:lang w:val="pl-PL"/>
        </w:rPr>
        <w:t xml:space="preserve">numerze………………………………………. upoważniam do przyprowadzania i odbioru </w:t>
      </w:r>
    </w:p>
    <w:p w:rsidR="0089605E" w:rsidRPr="00B339A8" w:rsidRDefault="007F2A59">
      <w:pPr>
        <w:autoSpaceDE w:val="0"/>
        <w:autoSpaceDN w:val="0"/>
        <w:spacing w:before="86" w:after="702" w:line="197" w:lineRule="auto"/>
        <w:ind w:left="1012"/>
        <w:rPr>
          <w:lang w:val="pl-PL"/>
        </w:rPr>
      </w:pPr>
      <w:r w:rsidRPr="00B339A8">
        <w:rPr>
          <w:rFonts w:ascii="Calibri" w:eastAsia="Calibri" w:hAnsi="Calibri"/>
          <w:color w:val="000000"/>
          <w:lang w:val="pl-PL"/>
        </w:rPr>
        <w:t xml:space="preserve">mojego dziecka z przedszkola lub przystanku autobusowego następujące osoby: </w:t>
      </w:r>
    </w:p>
    <w:tbl>
      <w:tblPr>
        <w:tblW w:w="0" w:type="auto"/>
        <w:tblInd w:w="656" w:type="dxa"/>
        <w:tblLayout w:type="fixed"/>
        <w:tblLook w:val="04A0" w:firstRow="1" w:lastRow="0" w:firstColumn="1" w:lastColumn="0" w:noHBand="0" w:noVBand="1"/>
      </w:tblPr>
      <w:tblGrid>
        <w:gridCol w:w="492"/>
        <w:gridCol w:w="5616"/>
        <w:gridCol w:w="2682"/>
      </w:tblGrid>
      <w:tr w:rsidR="0089605E" w:rsidRPr="00B339A8">
        <w:trPr>
          <w:trHeight w:hRule="exact" w:val="720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7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L/p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7" w:lineRule="auto"/>
              <w:ind w:right="354"/>
              <w:jc w:val="right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Imię i nazwisko osoby upoważnionej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245" w:lineRule="auto"/>
              <w:ind w:left="354" w:right="432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Seria i nr dowodu osobistego </w:t>
            </w:r>
          </w:p>
          <w:p w:rsidR="0089605E" w:rsidRPr="00B339A8" w:rsidRDefault="007F2A59">
            <w:pPr>
              <w:autoSpaceDE w:val="0"/>
              <w:autoSpaceDN w:val="0"/>
              <w:spacing w:before="84" w:after="0" w:line="197" w:lineRule="auto"/>
              <w:ind w:left="354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 </w:t>
            </w:r>
          </w:p>
        </w:tc>
      </w:tr>
      <w:tr w:rsidR="0089605E" w:rsidRPr="00B339A8">
        <w:trPr>
          <w:trHeight w:hRule="exact" w:val="408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7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1.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 w:rsidP="00DB26B6">
            <w:pPr>
              <w:autoSpaceDE w:val="0"/>
              <w:autoSpaceDN w:val="0"/>
              <w:spacing w:after="0" w:line="197" w:lineRule="auto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4"/>
                <w:lang w:val="pl-PL"/>
              </w:rPr>
              <w:t xml:space="preserve">  </w:t>
            </w:r>
          </w:p>
        </w:tc>
      </w:tr>
      <w:tr w:rsidR="0089605E" w:rsidRPr="00B339A8">
        <w:trPr>
          <w:trHeight w:hRule="exact" w:val="408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7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2.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406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7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3.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404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4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4.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406"/>
        </w:trPr>
        <w:tc>
          <w:tcPr>
            <w:tcW w:w="49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4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5. </w:t>
            </w:r>
          </w:p>
        </w:tc>
        <w:tc>
          <w:tcPr>
            <w:tcW w:w="561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408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4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6.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  <w:tr w:rsidR="0089605E" w:rsidRPr="00B339A8">
        <w:trPr>
          <w:trHeight w:hRule="exact" w:val="406"/>
        </w:trPr>
        <w:tc>
          <w:tcPr>
            <w:tcW w:w="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7F2A59">
            <w:pPr>
              <w:autoSpaceDE w:val="0"/>
              <w:autoSpaceDN w:val="0"/>
              <w:spacing w:after="0" w:line="194" w:lineRule="auto"/>
              <w:jc w:val="center"/>
              <w:rPr>
                <w:lang w:val="pl-PL"/>
              </w:rPr>
            </w:pPr>
            <w:r w:rsidRPr="00B339A8">
              <w:rPr>
                <w:rFonts w:ascii="Calibri" w:eastAsia="Calibri" w:hAnsi="Calibri"/>
                <w:b/>
                <w:color w:val="000000"/>
                <w:sz w:val="20"/>
                <w:lang w:val="pl-PL"/>
              </w:rPr>
              <w:t xml:space="preserve">7. 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9605E" w:rsidRPr="00B339A8" w:rsidRDefault="0089605E">
            <w:pPr>
              <w:rPr>
                <w:lang w:val="pl-PL"/>
              </w:rPr>
            </w:pPr>
          </w:p>
        </w:tc>
      </w:tr>
    </w:tbl>
    <w:p w:rsidR="0089605E" w:rsidRPr="00B339A8" w:rsidRDefault="007F2A59">
      <w:pPr>
        <w:autoSpaceDE w:val="0"/>
        <w:autoSpaceDN w:val="0"/>
        <w:spacing w:before="828" w:after="0" w:line="197" w:lineRule="auto"/>
        <w:rPr>
          <w:lang w:val="pl-PL"/>
        </w:rPr>
      </w:pP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Oświadczenia wnioskodawcy </w:t>
      </w:r>
    </w:p>
    <w:p w:rsidR="0089605E" w:rsidRPr="00B339A8" w:rsidRDefault="007F2A59">
      <w:pPr>
        <w:autoSpaceDE w:val="0"/>
        <w:autoSpaceDN w:val="0"/>
        <w:spacing w:before="290" w:after="0" w:line="197" w:lineRule="auto"/>
        <w:jc w:val="center"/>
        <w:rPr>
          <w:lang w:val="pl-PL"/>
        </w:rPr>
      </w:pP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Oświadczam, że podane we wniosku oraz załącznikach do wniosku dane są zgodne z aktualnym stanem faktycznym. </w:t>
      </w:r>
    </w:p>
    <w:p w:rsidR="0089605E" w:rsidRPr="00B339A8" w:rsidRDefault="007F2A59">
      <w:pPr>
        <w:autoSpaceDE w:val="0"/>
        <w:autoSpaceDN w:val="0"/>
        <w:spacing w:before="532" w:after="0" w:line="245" w:lineRule="auto"/>
        <w:jc w:val="center"/>
        <w:rPr>
          <w:lang w:val="pl-PL"/>
        </w:rPr>
      </w:pP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…………………………………..                                                                           ……………………………………………………………………………. Data                                                                                                           Czytelny podpis wnioskodawcy - rodzica kandydata </w:t>
      </w:r>
    </w:p>
    <w:p w:rsidR="0089605E" w:rsidRPr="00B339A8" w:rsidRDefault="007F2A59">
      <w:pPr>
        <w:autoSpaceDE w:val="0"/>
        <w:autoSpaceDN w:val="0"/>
        <w:spacing w:before="490" w:after="0" w:line="292" w:lineRule="exact"/>
        <w:ind w:right="144" w:firstLine="274"/>
        <w:rPr>
          <w:lang w:val="pl-PL"/>
        </w:rPr>
      </w:pP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 Oświadczam, że zapoznałam/em się z </w:t>
      </w:r>
      <w:r w:rsidRPr="00B339A8">
        <w:rPr>
          <w:rFonts w:ascii="Calibri" w:eastAsia="Calibri" w:hAnsi="Calibri"/>
          <w:b/>
          <w:color w:val="000000"/>
          <w:sz w:val="24"/>
          <w:lang w:val="pl-PL"/>
        </w:rPr>
        <w:t xml:space="preserve">Klauzulą informacyjną o przetwarzaniu danych osobowych dla rodziców / opiekunów prawnych i uczniów w Zespole Szkół i Placówek Oświatowych w Lubiniu. </w:t>
      </w:r>
      <w:r w:rsidRPr="00B339A8">
        <w:rPr>
          <w:rFonts w:ascii="Calibri" w:eastAsia="Calibri" w:hAnsi="Calibri"/>
          <w:color w:val="000000"/>
          <w:sz w:val="24"/>
          <w:lang w:val="pl-PL"/>
        </w:rPr>
        <w:t xml:space="preserve">Klauzula zamieszczona jest w REGULAMINIE REKRUTACJI DZIECI DO PRZEDSZKOLA SAMORZĄDOWEGO W LUBINIU I PRZEDSZRZEDSZKOLA SAMORZĄDOWEGO W BIELEWIE oraz na stronie internetowej szkoły </w:t>
      </w:r>
      <w:hyperlink r:id="rId6" w:history="1">
        <w:r w:rsidRPr="00B339A8">
          <w:rPr>
            <w:rFonts w:ascii="Times New Roman" w:eastAsia="Times New Roman" w:hAnsi="Times New Roman"/>
            <w:color w:val="0462C1"/>
            <w:sz w:val="24"/>
            <w:u w:val="single"/>
            <w:lang w:val="pl-PL"/>
          </w:rPr>
          <w:t>www.zslubin.edu.pl</w:t>
        </w:r>
      </w:hyperlink>
      <w:r w:rsidRPr="00B339A8">
        <w:rPr>
          <w:rFonts w:ascii="Times New Roman" w:eastAsia="Times New Roman" w:hAnsi="Times New Roman"/>
          <w:color w:val="000000"/>
          <w:sz w:val="24"/>
          <w:lang w:val="pl-PL"/>
        </w:rPr>
        <w:t xml:space="preserve"> – Ochrona danych osobowych.</w:t>
      </w:r>
    </w:p>
    <w:p w:rsidR="0089605E" w:rsidRPr="00B339A8" w:rsidRDefault="007F2A59">
      <w:pPr>
        <w:tabs>
          <w:tab w:val="left" w:pos="6030"/>
          <w:tab w:val="left" w:pos="6664"/>
        </w:tabs>
        <w:autoSpaceDE w:val="0"/>
        <w:autoSpaceDN w:val="0"/>
        <w:spacing w:before="980" w:after="0" w:line="245" w:lineRule="auto"/>
        <w:ind w:right="864"/>
        <w:rPr>
          <w:lang w:val="pl-PL"/>
        </w:rPr>
      </w:pP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…………………………………                            …………………………………………… </w:t>
      </w:r>
      <w:r w:rsidRPr="00B339A8">
        <w:rPr>
          <w:lang w:val="pl-PL"/>
        </w:rPr>
        <w:tab/>
      </w: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 ……………………………………………. (miejscowość i data)                                         (podpis matki) </w:t>
      </w:r>
      <w:r w:rsidRPr="00B339A8">
        <w:rPr>
          <w:lang w:val="pl-PL"/>
        </w:rPr>
        <w:tab/>
      </w:r>
      <w:r w:rsidRPr="00B339A8">
        <w:rPr>
          <w:rFonts w:ascii="Calibri" w:eastAsia="Calibri" w:hAnsi="Calibri"/>
          <w:color w:val="000000"/>
          <w:sz w:val="20"/>
          <w:lang w:val="pl-PL"/>
        </w:rPr>
        <w:t xml:space="preserve"> (podpis ojca) </w:t>
      </w:r>
    </w:p>
    <w:sectPr w:rsidR="0089605E" w:rsidRPr="00B339A8" w:rsidSect="00034616">
      <w:pgSz w:w="12240" w:h="15840"/>
      <w:pgMar w:top="522" w:right="1350" w:bottom="1124" w:left="1418" w:header="720" w:footer="720" w:gutter="0"/>
      <w:cols w:space="720" w:equalWidth="0">
        <w:col w:w="947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6CB7"/>
    <w:rsid w:val="005E2F31"/>
    <w:rsid w:val="007F2A59"/>
    <w:rsid w:val="008731AF"/>
    <w:rsid w:val="00882F99"/>
    <w:rsid w:val="0089605E"/>
    <w:rsid w:val="00927F5F"/>
    <w:rsid w:val="00AA1D8D"/>
    <w:rsid w:val="00B339A8"/>
    <w:rsid w:val="00B47730"/>
    <w:rsid w:val="00CB0664"/>
    <w:rsid w:val="00DB26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2B43FB"/>
  <w14:defaultImageDpi w14:val="330"/>
  <w15:docId w15:val="{4F8066B3-1341-4FAC-862A-DC30CC0B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E235EE-FA3F-4F61-9ABE-19F399076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1160</Words>
  <Characters>6964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8108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9</cp:revision>
  <dcterms:created xsi:type="dcterms:W3CDTF">2013-12-23T23:15:00Z</dcterms:created>
  <dcterms:modified xsi:type="dcterms:W3CDTF">2026-02-04T15:30:00Z</dcterms:modified>
  <cp:category/>
</cp:coreProperties>
</file>