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4CCF" w:rsidRDefault="00874CCF">
      <w:pPr>
        <w:autoSpaceDE w:val="0"/>
        <w:autoSpaceDN w:val="0"/>
        <w:spacing w:after="602" w:line="220" w:lineRule="exact"/>
      </w:pPr>
    </w:p>
    <w:p w:rsidR="00874CCF" w:rsidRDefault="007265A6">
      <w:pPr>
        <w:autoSpaceDE w:val="0"/>
        <w:autoSpaceDN w:val="0"/>
        <w:spacing w:after="0" w:line="197" w:lineRule="auto"/>
        <w:ind w:right="1802"/>
        <w:jc w:val="right"/>
      </w:pPr>
      <w:r>
        <w:rPr>
          <w:rFonts w:ascii="Calibri" w:eastAsia="Calibri" w:hAnsi="Calibri"/>
          <w:color w:val="000000"/>
          <w:sz w:val="12"/>
        </w:rPr>
        <w:t xml:space="preserve"> Załącznik nr 1 </w:t>
      </w:r>
    </w:p>
    <w:p w:rsidR="00874CCF" w:rsidRDefault="007265A6">
      <w:pPr>
        <w:autoSpaceDE w:val="0"/>
        <w:autoSpaceDN w:val="0"/>
        <w:spacing w:before="66" w:after="0" w:line="197" w:lineRule="auto"/>
        <w:ind w:right="1502"/>
        <w:jc w:val="right"/>
      </w:pPr>
      <w:r>
        <w:rPr>
          <w:rFonts w:ascii="Calibri" w:eastAsia="Calibri" w:hAnsi="Calibri"/>
          <w:color w:val="000000"/>
          <w:sz w:val="12"/>
        </w:rPr>
        <w:t xml:space="preserve"> do Regulaminu Rekrutacji Dzieci  </w:t>
      </w:r>
    </w:p>
    <w:p w:rsidR="00874CCF" w:rsidRDefault="007265A6">
      <w:pPr>
        <w:autoSpaceDE w:val="0"/>
        <w:autoSpaceDN w:val="0"/>
        <w:spacing w:before="68" w:after="0" w:line="197" w:lineRule="auto"/>
        <w:ind w:right="1112"/>
        <w:jc w:val="right"/>
      </w:pPr>
      <w:r>
        <w:rPr>
          <w:rFonts w:ascii="Calibri" w:eastAsia="Calibri" w:hAnsi="Calibri"/>
          <w:color w:val="000000"/>
          <w:sz w:val="12"/>
        </w:rPr>
        <w:t xml:space="preserve"> do Przedszkola Samorządowego w Lubiniu </w:t>
      </w:r>
    </w:p>
    <w:p w:rsidR="00874CCF" w:rsidRDefault="007265A6">
      <w:pPr>
        <w:autoSpaceDE w:val="0"/>
        <w:autoSpaceDN w:val="0"/>
        <w:spacing w:before="64" w:after="0" w:line="197" w:lineRule="auto"/>
        <w:ind w:right="1128"/>
        <w:jc w:val="right"/>
      </w:pPr>
      <w:r>
        <w:rPr>
          <w:rFonts w:ascii="Calibri" w:eastAsia="Calibri" w:hAnsi="Calibri"/>
          <w:color w:val="000000"/>
          <w:sz w:val="12"/>
        </w:rPr>
        <w:t xml:space="preserve"> i Przedszkola Samorządowego w Bielewie  </w:t>
      </w:r>
    </w:p>
    <w:p w:rsidR="00874CCF" w:rsidRDefault="00014DE1">
      <w:pPr>
        <w:autoSpaceDE w:val="0"/>
        <w:autoSpaceDN w:val="0"/>
        <w:spacing w:before="68" w:after="0" w:line="197" w:lineRule="auto"/>
        <w:ind w:right="1718"/>
        <w:jc w:val="right"/>
      </w:pPr>
      <w:r>
        <w:rPr>
          <w:rFonts w:ascii="Calibri" w:eastAsia="Calibri" w:hAnsi="Calibri"/>
          <w:color w:val="000000"/>
          <w:sz w:val="12"/>
        </w:rPr>
        <w:t xml:space="preserve"> </w:t>
      </w:r>
      <w:proofErr w:type="spellStart"/>
      <w:r>
        <w:rPr>
          <w:rFonts w:ascii="Calibri" w:eastAsia="Calibri" w:hAnsi="Calibri"/>
          <w:color w:val="000000"/>
          <w:sz w:val="12"/>
        </w:rPr>
        <w:t>Rok</w:t>
      </w:r>
      <w:proofErr w:type="spellEnd"/>
      <w:r>
        <w:rPr>
          <w:rFonts w:ascii="Calibri" w:eastAsia="Calibri" w:hAnsi="Calibri"/>
          <w:color w:val="000000"/>
          <w:sz w:val="12"/>
        </w:rPr>
        <w:t xml:space="preserve"> </w:t>
      </w:r>
      <w:proofErr w:type="spellStart"/>
      <w:r>
        <w:rPr>
          <w:rFonts w:ascii="Calibri" w:eastAsia="Calibri" w:hAnsi="Calibri"/>
          <w:color w:val="000000"/>
          <w:sz w:val="12"/>
        </w:rPr>
        <w:t>szkolny</w:t>
      </w:r>
      <w:proofErr w:type="spellEnd"/>
      <w:r>
        <w:rPr>
          <w:rFonts w:ascii="Calibri" w:eastAsia="Calibri" w:hAnsi="Calibri"/>
          <w:color w:val="000000"/>
          <w:sz w:val="12"/>
        </w:rPr>
        <w:t xml:space="preserve">  2026/2027</w:t>
      </w:r>
      <w:r w:rsidR="007265A6">
        <w:rPr>
          <w:rFonts w:ascii="Calibri" w:eastAsia="Calibri" w:hAnsi="Calibri"/>
          <w:color w:val="000000"/>
          <w:sz w:val="12"/>
        </w:rPr>
        <w:t xml:space="preserve"> </w:t>
      </w:r>
    </w:p>
    <w:p w:rsidR="00874CCF" w:rsidRDefault="007265A6">
      <w:pPr>
        <w:autoSpaceDE w:val="0"/>
        <w:autoSpaceDN w:val="0"/>
        <w:spacing w:before="816" w:after="0" w:line="197" w:lineRule="auto"/>
        <w:jc w:val="center"/>
      </w:pPr>
      <w:r>
        <w:rPr>
          <w:rFonts w:ascii="Calibri" w:eastAsia="Calibri" w:hAnsi="Calibri"/>
          <w:b/>
          <w:color w:val="000000"/>
          <w:sz w:val="24"/>
        </w:rPr>
        <w:t xml:space="preserve">DEKLARACJA O KONTYNUACJĘ EDUKACJI PRZEDSZKOLNEJ DZIECKA </w:t>
      </w:r>
    </w:p>
    <w:p w:rsidR="00874CCF" w:rsidRDefault="007265A6">
      <w:pPr>
        <w:autoSpaceDE w:val="0"/>
        <w:autoSpaceDN w:val="0"/>
        <w:spacing w:before="250" w:after="0" w:line="197" w:lineRule="auto"/>
        <w:jc w:val="center"/>
      </w:pPr>
      <w:r>
        <w:rPr>
          <w:rFonts w:ascii="Calibri" w:eastAsia="Calibri" w:hAnsi="Calibri"/>
          <w:b/>
          <w:color w:val="000000"/>
          <w:sz w:val="24"/>
        </w:rPr>
        <w:t xml:space="preserve">W PRZEDSZKOLU SAMORZĄDOWYM  W  ………………………………………… </w:t>
      </w:r>
    </w:p>
    <w:p w:rsidR="00874CCF" w:rsidRDefault="00014DE1">
      <w:pPr>
        <w:autoSpaceDE w:val="0"/>
        <w:autoSpaceDN w:val="0"/>
        <w:spacing w:before="408" w:after="0" w:line="197" w:lineRule="auto"/>
        <w:ind w:right="3890"/>
        <w:jc w:val="right"/>
      </w:pPr>
      <w:r>
        <w:rPr>
          <w:rFonts w:ascii="Calibri" w:eastAsia="Calibri" w:hAnsi="Calibri"/>
          <w:b/>
          <w:color w:val="000000"/>
          <w:sz w:val="24"/>
        </w:rPr>
        <w:t xml:space="preserve"> W  ROKU  SZKOLNYM  2026/2027</w:t>
      </w:r>
      <w:bookmarkStart w:id="0" w:name="_GoBack"/>
      <w:bookmarkEnd w:id="0"/>
      <w:r w:rsidR="007265A6">
        <w:rPr>
          <w:rFonts w:ascii="Calibri" w:eastAsia="Calibri" w:hAnsi="Calibri"/>
          <w:b/>
          <w:color w:val="000000"/>
          <w:sz w:val="24"/>
        </w:rPr>
        <w:t xml:space="preserve"> </w:t>
      </w:r>
    </w:p>
    <w:p w:rsidR="00874CCF" w:rsidRDefault="007265A6">
      <w:pPr>
        <w:autoSpaceDE w:val="0"/>
        <w:autoSpaceDN w:val="0"/>
        <w:spacing w:before="548" w:after="0" w:line="197" w:lineRule="auto"/>
      </w:pPr>
      <w:r>
        <w:rPr>
          <w:rFonts w:ascii="Calibri" w:eastAsia="Calibri" w:hAnsi="Calibri"/>
          <w:b/>
          <w:color w:val="000000"/>
          <w:sz w:val="24"/>
        </w:rPr>
        <w:t xml:space="preserve">Potwierdzam wolę kontynuacji edukacji przedszkolnej. </w:t>
      </w:r>
    </w:p>
    <w:p w:rsidR="00874CCF" w:rsidRDefault="007265A6">
      <w:pPr>
        <w:tabs>
          <w:tab w:val="left" w:pos="636"/>
        </w:tabs>
        <w:autoSpaceDE w:val="0"/>
        <w:autoSpaceDN w:val="0"/>
        <w:spacing w:before="274" w:after="0" w:line="222" w:lineRule="exact"/>
        <w:ind w:left="182"/>
      </w:pPr>
      <w:r>
        <w:rPr>
          <w:rFonts w:ascii="Times New Roman,Bold" w:eastAsia="Times New Roman,Bold" w:hAnsi="Times New Roman,Bold"/>
          <w:b/>
          <w:color w:val="000000"/>
          <w:sz w:val="16"/>
        </w:rPr>
        <w:t xml:space="preserve">I. </w:t>
      </w:r>
      <w:r>
        <w:tab/>
      </w:r>
      <w:r>
        <w:rPr>
          <w:rFonts w:ascii="Calibri" w:eastAsia="Calibri" w:hAnsi="Calibri"/>
          <w:b/>
          <w:color w:val="000000"/>
          <w:sz w:val="20"/>
        </w:rPr>
        <w:t xml:space="preserve">INFORMACJE O DZIECKU: </w:t>
      </w:r>
    </w:p>
    <w:p w:rsidR="00874CCF" w:rsidRDefault="007265A6">
      <w:pPr>
        <w:autoSpaceDE w:val="0"/>
        <w:autoSpaceDN w:val="0"/>
        <w:spacing w:before="290" w:after="0" w:line="197" w:lineRule="auto"/>
        <w:ind w:left="360"/>
      </w:pPr>
      <w:r>
        <w:rPr>
          <w:rFonts w:ascii="Calibri" w:eastAsia="Calibri" w:hAnsi="Calibri"/>
          <w:color w:val="000000"/>
          <w:sz w:val="20"/>
        </w:rPr>
        <w:t xml:space="preserve">1. Nazwisko i imię dziecka ……………………………………………………………………………….. </w:t>
      </w:r>
    </w:p>
    <w:p w:rsidR="00874CCF" w:rsidRDefault="007265A6">
      <w:pPr>
        <w:autoSpaceDE w:val="0"/>
        <w:autoSpaceDN w:val="0"/>
        <w:spacing w:before="400" w:after="0" w:line="197" w:lineRule="auto"/>
        <w:ind w:left="706"/>
      </w:pPr>
      <w:r>
        <w:rPr>
          <w:rFonts w:ascii="Calibri" w:eastAsia="Calibri" w:hAnsi="Calibri"/>
          <w:color w:val="000000"/>
          <w:sz w:val="20"/>
        </w:rPr>
        <w:t xml:space="preserve">Data i miejsce urodzenia ………………………………………………………………………………. </w:t>
      </w:r>
    </w:p>
    <w:p w:rsidR="00874CCF" w:rsidRDefault="007265A6">
      <w:pPr>
        <w:autoSpaceDE w:val="0"/>
        <w:autoSpaceDN w:val="0"/>
        <w:spacing w:before="400" w:after="0" w:line="197" w:lineRule="auto"/>
        <w:ind w:left="706"/>
      </w:pPr>
      <w:r>
        <w:rPr>
          <w:rFonts w:ascii="Calibri" w:eastAsia="Calibri" w:hAnsi="Calibri"/>
          <w:color w:val="000000"/>
          <w:sz w:val="20"/>
        </w:rPr>
        <w:t xml:space="preserve">Numer PESEL dziecka ………………………………………………………………………................ </w:t>
      </w:r>
    </w:p>
    <w:p w:rsidR="00874CCF" w:rsidRDefault="007265A6">
      <w:pPr>
        <w:autoSpaceDE w:val="0"/>
        <w:autoSpaceDN w:val="0"/>
        <w:spacing w:before="400" w:after="0" w:line="197" w:lineRule="auto"/>
        <w:ind w:left="706"/>
      </w:pPr>
      <w:r>
        <w:rPr>
          <w:rFonts w:ascii="Calibri" w:eastAsia="Calibri" w:hAnsi="Calibri"/>
          <w:color w:val="000000"/>
          <w:sz w:val="20"/>
        </w:rPr>
        <w:t xml:space="preserve">Adres zamieszkania dziecka……………………………………………………………………………. </w:t>
      </w:r>
    </w:p>
    <w:p w:rsidR="00874CCF" w:rsidRDefault="007265A6">
      <w:pPr>
        <w:autoSpaceDE w:val="0"/>
        <w:autoSpaceDN w:val="0"/>
        <w:spacing w:before="408" w:after="566" w:line="197" w:lineRule="auto"/>
        <w:ind w:left="360"/>
      </w:pPr>
      <w:r>
        <w:rPr>
          <w:rFonts w:ascii="Calibri" w:eastAsia="Calibri" w:hAnsi="Calibri"/>
          <w:color w:val="000000"/>
          <w:sz w:val="20"/>
        </w:rPr>
        <w:t xml:space="preserve">2. Deklarowany czas pobytu dziecka w przedszkolu …………………………………………………….. </w:t>
      </w:r>
    </w:p>
    <w:tbl>
      <w:tblPr>
        <w:tblW w:w="0" w:type="auto"/>
        <w:tblInd w:w="57" w:type="dxa"/>
        <w:tblLayout w:type="fixed"/>
        <w:tblLook w:val="04A0" w:firstRow="1" w:lastRow="0" w:firstColumn="1" w:lastColumn="0" w:noHBand="0" w:noVBand="1"/>
      </w:tblPr>
      <w:tblGrid>
        <w:gridCol w:w="260"/>
        <w:gridCol w:w="240"/>
        <w:gridCol w:w="6540"/>
      </w:tblGrid>
      <w:tr w:rsidR="00874CCF">
        <w:trPr>
          <w:trHeight w:hRule="exact" w:val="408"/>
        </w:trPr>
        <w:tc>
          <w:tcPr>
            <w:tcW w:w="260" w:type="dxa"/>
            <w:vMerge w:val="restart"/>
            <w:tcMar>
              <w:left w:w="0" w:type="dxa"/>
              <w:right w:w="0" w:type="dxa"/>
            </w:tcMar>
          </w:tcPr>
          <w:p w:rsidR="00874CCF" w:rsidRDefault="007265A6">
            <w:pPr>
              <w:autoSpaceDE w:val="0"/>
              <w:autoSpaceDN w:val="0"/>
              <w:spacing w:before="60" w:after="0" w:line="224" w:lineRule="exact"/>
              <w:jc w:val="center"/>
            </w:pPr>
            <w:r>
              <w:rPr>
                <w:rFonts w:ascii="Times New Roman,Bold" w:eastAsia="Times New Roman,Bold" w:hAnsi="Times New Roman,Bold"/>
                <w:b/>
                <w:color w:val="000000"/>
                <w:sz w:val="16"/>
              </w:rPr>
              <w:t>II.</w:t>
            </w:r>
          </w:p>
        </w:tc>
        <w:tc>
          <w:tcPr>
            <w:tcW w:w="240" w:type="dxa"/>
            <w:vMerge w:val="restart"/>
            <w:tcMar>
              <w:left w:w="0" w:type="dxa"/>
              <w:right w:w="0" w:type="dxa"/>
            </w:tcMar>
          </w:tcPr>
          <w:p w:rsidR="00874CCF" w:rsidRDefault="007265A6">
            <w:pPr>
              <w:autoSpaceDE w:val="0"/>
              <w:autoSpaceDN w:val="0"/>
              <w:spacing w:before="556" w:after="0" w:line="278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16"/>
              </w:rPr>
              <w:t>1.</w:t>
            </w:r>
          </w:p>
        </w:tc>
        <w:tc>
          <w:tcPr>
            <w:tcW w:w="6540" w:type="dxa"/>
            <w:tcMar>
              <w:left w:w="0" w:type="dxa"/>
              <w:right w:w="0" w:type="dxa"/>
            </w:tcMar>
          </w:tcPr>
          <w:p w:rsidR="00874CCF" w:rsidRDefault="007265A6">
            <w:pPr>
              <w:autoSpaceDE w:val="0"/>
              <w:autoSpaceDN w:val="0"/>
              <w:spacing w:before="80" w:after="0" w:line="194" w:lineRule="auto"/>
              <w:ind w:left="78"/>
            </w:pPr>
            <w:r>
              <w:rPr>
                <w:rFonts w:ascii="Calibri" w:eastAsia="Calibri" w:hAnsi="Calibri"/>
                <w:b/>
                <w:color w:val="000000"/>
                <w:sz w:val="20"/>
              </w:rPr>
              <w:t xml:space="preserve">INFORMACJE O RODZINIE DZIECKA: </w:t>
            </w:r>
          </w:p>
        </w:tc>
      </w:tr>
      <w:tr w:rsidR="00874CCF">
        <w:trPr>
          <w:trHeight w:hRule="exact" w:val="428"/>
        </w:trPr>
        <w:tc>
          <w:tcPr>
            <w:tcW w:w="3531" w:type="dxa"/>
            <w:vMerge/>
          </w:tcPr>
          <w:p w:rsidR="00874CCF" w:rsidRDefault="00874CCF"/>
        </w:tc>
        <w:tc>
          <w:tcPr>
            <w:tcW w:w="3531" w:type="dxa"/>
            <w:vMerge/>
          </w:tcPr>
          <w:p w:rsidR="00874CCF" w:rsidRDefault="00874CCF"/>
        </w:tc>
        <w:tc>
          <w:tcPr>
            <w:tcW w:w="6540" w:type="dxa"/>
            <w:tcMar>
              <w:left w:w="0" w:type="dxa"/>
              <w:right w:w="0" w:type="dxa"/>
            </w:tcMar>
          </w:tcPr>
          <w:p w:rsidR="00874CCF" w:rsidRDefault="007265A6">
            <w:pPr>
              <w:autoSpaceDE w:val="0"/>
              <w:autoSpaceDN w:val="0"/>
              <w:spacing w:before="168" w:after="0" w:line="197" w:lineRule="auto"/>
              <w:ind w:left="148"/>
            </w:pPr>
            <w:r>
              <w:rPr>
                <w:rFonts w:ascii="Calibri" w:eastAsia="Calibri" w:hAnsi="Calibri"/>
                <w:color w:val="000000"/>
                <w:sz w:val="20"/>
              </w:rPr>
              <w:t xml:space="preserve">Dane dotyczące rodziców dziecka: </w:t>
            </w:r>
          </w:p>
        </w:tc>
      </w:tr>
    </w:tbl>
    <w:p w:rsidR="00874CCF" w:rsidRDefault="00874CCF">
      <w:pPr>
        <w:autoSpaceDE w:val="0"/>
        <w:autoSpaceDN w:val="0"/>
        <w:spacing w:after="0" w:line="204" w:lineRule="exact"/>
      </w:pPr>
    </w:p>
    <w:tbl>
      <w:tblPr>
        <w:tblW w:w="0" w:type="auto"/>
        <w:tblInd w:w="608" w:type="dxa"/>
        <w:tblLayout w:type="fixed"/>
        <w:tblLook w:val="04A0" w:firstRow="1" w:lastRow="0" w:firstColumn="1" w:lastColumn="0" w:noHBand="0" w:noVBand="1"/>
      </w:tblPr>
      <w:tblGrid>
        <w:gridCol w:w="1654"/>
        <w:gridCol w:w="4114"/>
        <w:gridCol w:w="4192"/>
      </w:tblGrid>
      <w:tr w:rsidR="00874CCF">
        <w:trPr>
          <w:trHeight w:hRule="exact" w:val="498"/>
        </w:trPr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74CCF" w:rsidRDefault="00874CCF"/>
        </w:tc>
        <w:tc>
          <w:tcPr>
            <w:tcW w:w="411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74CCF" w:rsidRDefault="007265A6">
            <w:pPr>
              <w:autoSpaceDE w:val="0"/>
              <w:autoSpaceDN w:val="0"/>
              <w:spacing w:after="0" w:line="194" w:lineRule="auto"/>
              <w:ind w:right="2456"/>
              <w:jc w:val="right"/>
            </w:pPr>
            <w:r>
              <w:rPr>
                <w:rFonts w:ascii="Calibri" w:eastAsia="Calibri" w:hAnsi="Calibri"/>
                <w:b/>
                <w:color w:val="000000"/>
                <w:sz w:val="20"/>
              </w:rPr>
              <w:t xml:space="preserve">Matka </w:t>
            </w:r>
          </w:p>
        </w:tc>
        <w:tc>
          <w:tcPr>
            <w:tcW w:w="4192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74CCF" w:rsidRDefault="007265A6">
            <w:pPr>
              <w:autoSpaceDE w:val="0"/>
              <w:autoSpaceDN w:val="0"/>
              <w:spacing w:after="0" w:line="194" w:lineRule="auto"/>
              <w:ind w:right="2406"/>
              <w:jc w:val="right"/>
            </w:pPr>
            <w:r>
              <w:rPr>
                <w:rFonts w:ascii="Calibri" w:eastAsia="Calibri" w:hAnsi="Calibri"/>
                <w:b/>
                <w:color w:val="000000"/>
                <w:sz w:val="20"/>
              </w:rPr>
              <w:t xml:space="preserve">Ojciec </w:t>
            </w:r>
          </w:p>
        </w:tc>
      </w:tr>
      <w:tr w:rsidR="00874CCF">
        <w:trPr>
          <w:trHeight w:hRule="exact" w:val="562"/>
        </w:trPr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74CCF" w:rsidRDefault="007265A6">
            <w:pPr>
              <w:autoSpaceDE w:val="0"/>
              <w:autoSpaceDN w:val="0"/>
              <w:spacing w:after="0" w:line="197" w:lineRule="auto"/>
              <w:ind w:left="98"/>
            </w:pPr>
            <w:r>
              <w:rPr>
                <w:rFonts w:ascii="Calibri" w:eastAsia="Calibri" w:hAnsi="Calibri"/>
                <w:b/>
                <w:color w:val="000000"/>
                <w:sz w:val="20"/>
              </w:rPr>
              <w:t xml:space="preserve">Imię i nazwisko </w:t>
            </w:r>
          </w:p>
        </w:tc>
        <w:tc>
          <w:tcPr>
            <w:tcW w:w="4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74CCF" w:rsidRDefault="00874CCF"/>
        </w:tc>
        <w:tc>
          <w:tcPr>
            <w:tcW w:w="4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74CCF" w:rsidRDefault="00874CCF"/>
        </w:tc>
      </w:tr>
      <w:tr w:rsidR="00874CCF">
        <w:trPr>
          <w:trHeight w:hRule="exact" w:val="564"/>
        </w:trPr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74CCF" w:rsidRDefault="007265A6">
            <w:pPr>
              <w:autoSpaceDE w:val="0"/>
              <w:autoSpaceDN w:val="0"/>
              <w:spacing w:after="0" w:line="245" w:lineRule="auto"/>
              <w:ind w:left="98" w:right="288"/>
            </w:pPr>
            <w:r>
              <w:rPr>
                <w:rFonts w:ascii="Calibri" w:eastAsia="Calibri" w:hAnsi="Calibri"/>
                <w:b/>
                <w:color w:val="000000"/>
                <w:sz w:val="20"/>
              </w:rPr>
              <w:t xml:space="preserve">Adres </w:t>
            </w:r>
            <w:r>
              <w:br/>
            </w:r>
            <w:r>
              <w:rPr>
                <w:rFonts w:ascii="Calibri" w:eastAsia="Calibri" w:hAnsi="Calibri"/>
                <w:b/>
                <w:color w:val="000000"/>
                <w:sz w:val="20"/>
              </w:rPr>
              <w:t xml:space="preserve">zamieszkania </w:t>
            </w:r>
          </w:p>
        </w:tc>
        <w:tc>
          <w:tcPr>
            <w:tcW w:w="4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74CCF" w:rsidRDefault="00874CCF"/>
        </w:tc>
        <w:tc>
          <w:tcPr>
            <w:tcW w:w="4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74CCF" w:rsidRDefault="00874CCF"/>
        </w:tc>
      </w:tr>
      <w:tr w:rsidR="00874CCF">
        <w:trPr>
          <w:trHeight w:hRule="exact" w:val="562"/>
        </w:trPr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74CCF" w:rsidRDefault="007265A6">
            <w:pPr>
              <w:autoSpaceDE w:val="0"/>
              <w:autoSpaceDN w:val="0"/>
              <w:spacing w:after="0" w:line="245" w:lineRule="auto"/>
              <w:ind w:left="98" w:right="432"/>
            </w:pPr>
            <w:r>
              <w:rPr>
                <w:rFonts w:ascii="Calibri" w:eastAsia="Calibri" w:hAnsi="Calibri"/>
                <w:b/>
                <w:color w:val="000000"/>
                <w:sz w:val="20"/>
              </w:rPr>
              <w:t xml:space="preserve">Telefon </w:t>
            </w:r>
            <w:r>
              <w:br/>
            </w:r>
            <w:r>
              <w:rPr>
                <w:rFonts w:ascii="Calibri" w:eastAsia="Calibri" w:hAnsi="Calibri"/>
                <w:b/>
                <w:color w:val="000000"/>
                <w:sz w:val="20"/>
              </w:rPr>
              <w:t xml:space="preserve">kontaktowy </w:t>
            </w:r>
          </w:p>
        </w:tc>
        <w:tc>
          <w:tcPr>
            <w:tcW w:w="4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74CCF" w:rsidRDefault="00874CCF"/>
        </w:tc>
        <w:tc>
          <w:tcPr>
            <w:tcW w:w="4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74CCF" w:rsidRDefault="00874CCF"/>
        </w:tc>
      </w:tr>
      <w:tr w:rsidR="00874CCF">
        <w:trPr>
          <w:trHeight w:hRule="exact" w:val="562"/>
        </w:trPr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74CCF" w:rsidRDefault="007265A6">
            <w:pPr>
              <w:autoSpaceDE w:val="0"/>
              <w:autoSpaceDN w:val="0"/>
              <w:spacing w:after="0" w:line="245" w:lineRule="auto"/>
              <w:ind w:right="288"/>
              <w:jc w:val="center"/>
            </w:pPr>
            <w:r>
              <w:rPr>
                <w:rFonts w:ascii="Calibri" w:eastAsia="Calibri" w:hAnsi="Calibri"/>
                <w:b/>
                <w:color w:val="000000"/>
                <w:sz w:val="20"/>
              </w:rPr>
              <w:t xml:space="preserve">Adres  poczty </w:t>
            </w:r>
            <w:r>
              <w:br/>
            </w:r>
            <w:r>
              <w:rPr>
                <w:rFonts w:ascii="Calibri" w:eastAsia="Calibri" w:hAnsi="Calibri"/>
                <w:b/>
                <w:color w:val="000000"/>
                <w:sz w:val="20"/>
              </w:rPr>
              <w:t xml:space="preserve">elektronicznej </w:t>
            </w:r>
          </w:p>
        </w:tc>
        <w:tc>
          <w:tcPr>
            <w:tcW w:w="4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74CCF" w:rsidRDefault="00874CCF"/>
        </w:tc>
        <w:tc>
          <w:tcPr>
            <w:tcW w:w="4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74CCF" w:rsidRDefault="00874CCF"/>
        </w:tc>
      </w:tr>
    </w:tbl>
    <w:p w:rsidR="00874CCF" w:rsidRDefault="00874CCF">
      <w:pPr>
        <w:autoSpaceDE w:val="0"/>
        <w:autoSpaceDN w:val="0"/>
        <w:spacing w:after="0" w:line="546" w:lineRule="exact"/>
      </w:pPr>
    </w:p>
    <w:tbl>
      <w:tblPr>
        <w:tblW w:w="0" w:type="auto"/>
        <w:tblInd w:w="77" w:type="dxa"/>
        <w:tblLayout w:type="fixed"/>
        <w:tblLook w:val="04A0" w:firstRow="1" w:lastRow="0" w:firstColumn="1" w:lastColumn="0" w:noHBand="0" w:noVBand="1"/>
      </w:tblPr>
      <w:tblGrid>
        <w:gridCol w:w="440"/>
        <w:gridCol w:w="9420"/>
      </w:tblGrid>
      <w:tr w:rsidR="00874CCF">
        <w:trPr>
          <w:trHeight w:hRule="exact" w:val="302"/>
        </w:trPr>
        <w:tc>
          <w:tcPr>
            <w:tcW w:w="440" w:type="dxa"/>
            <w:tcMar>
              <w:left w:w="0" w:type="dxa"/>
              <w:right w:w="0" w:type="dxa"/>
            </w:tcMar>
          </w:tcPr>
          <w:p w:rsidR="00874CCF" w:rsidRDefault="007265A6">
            <w:pPr>
              <w:autoSpaceDE w:val="0"/>
              <w:autoSpaceDN w:val="0"/>
              <w:spacing w:before="60" w:after="0" w:line="222" w:lineRule="exact"/>
              <w:jc w:val="center"/>
            </w:pPr>
            <w:r>
              <w:rPr>
                <w:rFonts w:ascii="Times New Roman,Bold" w:eastAsia="Times New Roman,Bold" w:hAnsi="Times New Roman,Bold"/>
                <w:b/>
                <w:color w:val="000000"/>
                <w:sz w:val="16"/>
              </w:rPr>
              <w:t>III.</w:t>
            </w:r>
          </w:p>
        </w:tc>
        <w:tc>
          <w:tcPr>
            <w:tcW w:w="9420" w:type="dxa"/>
            <w:tcMar>
              <w:left w:w="0" w:type="dxa"/>
              <w:right w:w="0" w:type="dxa"/>
            </w:tcMar>
          </w:tcPr>
          <w:p w:rsidR="00874CCF" w:rsidRDefault="007265A6">
            <w:pPr>
              <w:autoSpaceDE w:val="0"/>
              <w:autoSpaceDN w:val="0"/>
              <w:spacing w:before="78" w:after="0" w:line="197" w:lineRule="auto"/>
              <w:ind w:left="118"/>
            </w:pPr>
            <w:r>
              <w:rPr>
                <w:rFonts w:ascii="Calibri" w:eastAsia="Calibri" w:hAnsi="Calibri"/>
                <w:b/>
                <w:color w:val="000000"/>
                <w:sz w:val="20"/>
              </w:rPr>
              <w:t xml:space="preserve">OŚWIADCZENIE  RODZICÓW  W  PRZYPADKU  UPOWAŻNIENIA  INNYCH  OSÓB  DO  PRZYPROWADZANIA </w:t>
            </w:r>
          </w:p>
        </w:tc>
      </w:tr>
    </w:tbl>
    <w:p w:rsidR="00874CCF" w:rsidRDefault="007265A6">
      <w:pPr>
        <w:autoSpaceDE w:val="0"/>
        <w:autoSpaceDN w:val="0"/>
        <w:spacing w:before="18" w:after="0" w:line="197" w:lineRule="auto"/>
        <w:ind w:left="636"/>
      </w:pPr>
      <w:r>
        <w:rPr>
          <w:rFonts w:ascii="Calibri" w:eastAsia="Calibri" w:hAnsi="Calibri"/>
          <w:b/>
          <w:color w:val="000000"/>
          <w:sz w:val="20"/>
        </w:rPr>
        <w:t xml:space="preserve">I ODBIORU  DZIECKA  Z  PRZEDSZKOLA  LUB PRZYSTANKU  AUTOBUSOWEGO (upoważnić można tylko osoby </w:t>
      </w:r>
    </w:p>
    <w:p w:rsidR="00874CCF" w:rsidRDefault="007265A6">
      <w:pPr>
        <w:autoSpaceDE w:val="0"/>
        <w:autoSpaceDN w:val="0"/>
        <w:spacing w:before="42" w:after="0" w:line="197" w:lineRule="auto"/>
        <w:ind w:left="636"/>
      </w:pPr>
      <w:r>
        <w:rPr>
          <w:rFonts w:ascii="Calibri" w:eastAsia="Calibri" w:hAnsi="Calibri"/>
          <w:b/>
          <w:color w:val="000000"/>
          <w:sz w:val="20"/>
        </w:rPr>
        <w:t xml:space="preserve">pełnoletnie). </w:t>
      </w:r>
    </w:p>
    <w:p w:rsidR="00874CCF" w:rsidRDefault="007265A6">
      <w:pPr>
        <w:autoSpaceDE w:val="0"/>
        <w:autoSpaceDN w:val="0"/>
        <w:spacing w:before="544" w:after="0" w:line="194" w:lineRule="auto"/>
        <w:ind w:left="358"/>
      </w:pPr>
      <w:r>
        <w:rPr>
          <w:rFonts w:ascii="Calibri" w:eastAsia="Calibri" w:hAnsi="Calibri"/>
          <w:color w:val="000000"/>
          <w:sz w:val="20"/>
        </w:rPr>
        <w:t xml:space="preserve">Ja …………………………………………. legitymujący się dowodem osobistym o numerze ………………………………….……………….. </w:t>
      </w:r>
    </w:p>
    <w:p w:rsidR="00874CCF" w:rsidRDefault="007265A6">
      <w:pPr>
        <w:autoSpaceDE w:val="0"/>
        <w:autoSpaceDN w:val="0"/>
        <w:spacing w:before="70" w:after="0" w:line="197" w:lineRule="auto"/>
        <w:ind w:left="910"/>
      </w:pPr>
      <w:r>
        <w:rPr>
          <w:rFonts w:ascii="Calibri" w:eastAsia="Calibri" w:hAnsi="Calibri"/>
          <w:color w:val="000000"/>
          <w:sz w:val="16"/>
        </w:rPr>
        <w:t xml:space="preserve">(imię i nazwisko rodzica) </w:t>
      </w:r>
    </w:p>
    <w:p w:rsidR="00874CCF" w:rsidRDefault="007265A6">
      <w:pPr>
        <w:autoSpaceDE w:val="0"/>
        <w:autoSpaceDN w:val="0"/>
        <w:spacing w:before="74" w:after="0" w:line="197" w:lineRule="auto"/>
        <w:ind w:left="360"/>
      </w:pPr>
      <w:r>
        <w:rPr>
          <w:rFonts w:ascii="Calibri" w:eastAsia="Calibri" w:hAnsi="Calibri"/>
          <w:color w:val="000000"/>
          <w:sz w:val="20"/>
        </w:rPr>
        <w:t xml:space="preserve">upoważniam do przyprowadzania i odbioru mojego dziecka z przedszkola lub przystanku autobusowego </w:t>
      </w:r>
    </w:p>
    <w:p w:rsidR="00874CCF" w:rsidRDefault="007265A6">
      <w:pPr>
        <w:autoSpaceDE w:val="0"/>
        <w:autoSpaceDN w:val="0"/>
        <w:spacing w:before="82" w:after="0" w:line="194" w:lineRule="auto"/>
        <w:ind w:left="360"/>
      </w:pPr>
      <w:r>
        <w:rPr>
          <w:rFonts w:ascii="Calibri" w:eastAsia="Calibri" w:hAnsi="Calibri"/>
          <w:color w:val="000000"/>
          <w:sz w:val="20"/>
        </w:rPr>
        <w:t xml:space="preserve">następujące osoby: </w:t>
      </w:r>
    </w:p>
    <w:p w:rsidR="00874CCF" w:rsidRDefault="00874CCF">
      <w:pPr>
        <w:sectPr w:rsidR="00874CCF">
          <w:pgSz w:w="11911" w:h="16841"/>
          <w:pgMar w:top="822" w:right="696" w:bottom="382" w:left="622" w:header="720" w:footer="720" w:gutter="0"/>
          <w:cols w:space="720" w:equalWidth="0">
            <w:col w:w="10593" w:space="0"/>
          </w:cols>
          <w:docGrid w:linePitch="360"/>
        </w:sectPr>
      </w:pPr>
    </w:p>
    <w:p w:rsidR="00874CCF" w:rsidRDefault="00874CCF">
      <w:pPr>
        <w:autoSpaceDE w:val="0"/>
        <w:autoSpaceDN w:val="0"/>
        <w:spacing w:after="558" w:line="220" w:lineRule="exact"/>
      </w:pPr>
    </w:p>
    <w:p w:rsidR="00874CCF" w:rsidRDefault="00874CCF">
      <w:pPr>
        <w:autoSpaceDE w:val="0"/>
        <w:autoSpaceDN w:val="0"/>
        <w:spacing w:after="0" w:line="22" w:lineRule="exact"/>
      </w:pPr>
    </w:p>
    <w:tbl>
      <w:tblPr>
        <w:tblW w:w="0" w:type="auto"/>
        <w:tblInd w:w="373" w:type="dxa"/>
        <w:tblLayout w:type="fixed"/>
        <w:tblLook w:val="04A0" w:firstRow="1" w:lastRow="0" w:firstColumn="1" w:lastColumn="0" w:noHBand="0" w:noVBand="1"/>
      </w:tblPr>
      <w:tblGrid>
        <w:gridCol w:w="492"/>
        <w:gridCol w:w="5614"/>
        <w:gridCol w:w="2684"/>
      </w:tblGrid>
      <w:tr w:rsidR="00874CCF">
        <w:trPr>
          <w:trHeight w:hRule="exact" w:val="720"/>
        </w:trPr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74CCF" w:rsidRDefault="007265A6">
            <w:pPr>
              <w:autoSpaceDE w:val="0"/>
              <w:autoSpaceDN w:val="0"/>
              <w:spacing w:after="0" w:line="197" w:lineRule="auto"/>
              <w:jc w:val="center"/>
            </w:pPr>
            <w:r>
              <w:rPr>
                <w:rFonts w:ascii="Calibri" w:eastAsia="Calibri" w:hAnsi="Calibri"/>
                <w:b/>
                <w:color w:val="000000"/>
                <w:sz w:val="20"/>
              </w:rPr>
              <w:t xml:space="preserve">L/p </w:t>
            </w:r>
          </w:p>
        </w:tc>
        <w:tc>
          <w:tcPr>
            <w:tcW w:w="5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74CCF" w:rsidRDefault="007265A6">
            <w:pPr>
              <w:autoSpaceDE w:val="0"/>
              <w:autoSpaceDN w:val="0"/>
              <w:spacing w:after="0" w:line="197" w:lineRule="auto"/>
              <w:ind w:right="352"/>
              <w:jc w:val="right"/>
            </w:pPr>
            <w:r>
              <w:rPr>
                <w:rFonts w:ascii="Calibri" w:eastAsia="Calibri" w:hAnsi="Calibri"/>
                <w:b/>
                <w:color w:val="000000"/>
                <w:sz w:val="24"/>
              </w:rPr>
              <w:t xml:space="preserve">Imię i nazwisko osoby upoważnionej 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74CCF" w:rsidRDefault="007265A6">
            <w:pPr>
              <w:autoSpaceDE w:val="0"/>
              <w:autoSpaceDN w:val="0"/>
              <w:spacing w:after="0" w:line="245" w:lineRule="auto"/>
              <w:ind w:left="354" w:right="432"/>
            </w:pPr>
            <w:r>
              <w:rPr>
                <w:rFonts w:ascii="Calibri" w:eastAsia="Calibri" w:hAnsi="Calibri"/>
                <w:b/>
                <w:color w:val="000000"/>
                <w:sz w:val="24"/>
              </w:rPr>
              <w:t xml:space="preserve">Seria i nr dowodu osobistego </w:t>
            </w:r>
          </w:p>
          <w:p w:rsidR="00874CCF" w:rsidRDefault="007265A6">
            <w:pPr>
              <w:autoSpaceDE w:val="0"/>
              <w:autoSpaceDN w:val="0"/>
              <w:spacing w:before="84" w:after="0" w:line="197" w:lineRule="auto"/>
              <w:ind w:left="354"/>
            </w:pPr>
            <w:r>
              <w:rPr>
                <w:rFonts w:ascii="Calibri" w:eastAsia="Calibri" w:hAnsi="Calibri"/>
                <w:b/>
                <w:color w:val="000000"/>
                <w:sz w:val="24"/>
              </w:rPr>
              <w:t xml:space="preserve"> </w:t>
            </w:r>
          </w:p>
        </w:tc>
      </w:tr>
      <w:tr w:rsidR="00874CCF">
        <w:trPr>
          <w:trHeight w:hRule="exact" w:val="406"/>
        </w:trPr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74CCF" w:rsidRDefault="007265A6">
            <w:pPr>
              <w:autoSpaceDE w:val="0"/>
              <w:autoSpaceDN w:val="0"/>
              <w:spacing w:after="0" w:line="194" w:lineRule="auto"/>
              <w:jc w:val="center"/>
            </w:pPr>
            <w:r>
              <w:rPr>
                <w:rFonts w:ascii="Calibri" w:eastAsia="Calibri" w:hAnsi="Calibri"/>
                <w:b/>
                <w:color w:val="000000"/>
                <w:sz w:val="20"/>
              </w:rPr>
              <w:t xml:space="preserve">1. </w:t>
            </w:r>
          </w:p>
        </w:tc>
        <w:tc>
          <w:tcPr>
            <w:tcW w:w="561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74CCF" w:rsidRDefault="00874CCF"/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74CCF" w:rsidRDefault="007265A6" w:rsidP="003102C9">
            <w:pPr>
              <w:autoSpaceDE w:val="0"/>
              <w:autoSpaceDN w:val="0"/>
              <w:spacing w:after="0" w:line="197" w:lineRule="auto"/>
              <w:ind w:left="354"/>
            </w:pPr>
            <w:r>
              <w:rPr>
                <w:rFonts w:ascii="Calibri" w:eastAsia="Calibri" w:hAnsi="Calibri"/>
                <w:b/>
                <w:color w:val="000000"/>
                <w:sz w:val="24"/>
              </w:rPr>
              <w:t xml:space="preserve"> </w:t>
            </w:r>
          </w:p>
        </w:tc>
      </w:tr>
      <w:tr w:rsidR="00874CCF">
        <w:trPr>
          <w:trHeight w:hRule="exact" w:val="408"/>
        </w:trPr>
        <w:tc>
          <w:tcPr>
            <w:tcW w:w="492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74CCF" w:rsidRDefault="007265A6">
            <w:pPr>
              <w:autoSpaceDE w:val="0"/>
              <w:autoSpaceDN w:val="0"/>
              <w:spacing w:after="0" w:line="197" w:lineRule="auto"/>
              <w:jc w:val="center"/>
            </w:pPr>
            <w:r>
              <w:rPr>
                <w:rFonts w:ascii="Calibri" w:eastAsia="Calibri" w:hAnsi="Calibri"/>
                <w:b/>
                <w:color w:val="000000"/>
                <w:sz w:val="20"/>
              </w:rPr>
              <w:t xml:space="preserve">2. </w:t>
            </w:r>
          </w:p>
        </w:tc>
        <w:tc>
          <w:tcPr>
            <w:tcW w:w="5614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74CCF" w:rsidRDefault="00874CCF"/>
        </w:tc>
        <w:tc>
          <w:tcPr>
            <w:tcW w:w="2684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74CCF" w:rsidRDefault="00874CCF"/>
        </w:tc>
      </w:tr>
      <w:tr w:rsidR="00874CCF">
        <w:trPr>
          <w:trHeight w:hRule="exact" w:val="406"/>
        </w:trPr>
        <w:tc>
          <w:tcPr>
            <w:tcW w:w="492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74CCF" w:rsidRDefault="007265A6">
            <w:pPr>
              <w:autoSpaceDE w:val="0"/>
              <w:autoSpaceDN w:val="0"/>
              <w:spacing w:after="0" w:line="194" w:lineRule="auto"/>
              <w:jc w:val="center"/>
            </w:pPr>
            <w:r>
              <w:rPr>
                <w:rFonts w:ascii="Calibri" w:eastAsia="Calibri" w:hAnsi="Calibri"/>
                <w:b/>
                <w:color w:val="000000"/>
                <w:sz w:val="20"/>
              </w:rPr>
              <w:t xml:space="preserve">3. </w:t>
            </w:r>
          </w:p>
        </w:tc>
        <w:tc>
          <w:tcPr>
            <w:tcW w:w="561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74CCF" w:rsidRDefault="00874CCF"/>
        </w:tc>
        <w:tc>
          <w:tcPr>
            <w:tcW w:w="268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74CCF" w:rsidRDefault="00874CCF"/>
        </w:tc>
      </w:tr>
      <w:tr w:rsidR="00874CCF">
        <w:trPr>
          <w:trHeight w:hRule="exact" w:val="388"/>
        </w:trPr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74CCF" w:rsidRDefault="007265A6">
            <w:pPr>
              <w:autoSpaceDE w:val="0"/>
              <w:autoSpaceDN w:val="0"/>
              <w:spacing w:after="0" w:line="197" w:lineRule="auto"/>
              <w:jc w:val="center"/>
            </w:pPr>
            <w:r>
              <w:rPr>
                <w:rFonts w:ascii="Calibri" w:eastAsia="Calibri" w:hAnsi="Calibri"/>
                <w:b/>
                <w:color w:val="000000"/>
                <w:sz w:val="20"/>
              </w:rPr>
              <w:t xml:space="preserve">4. </w:t>
            </w:r>
          </w:p>
        </w:tc>
        <w:tc>
          <w:tcPr>
            <w:tcW w:w="5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74CCF" w:rsidRDefault="00874CCF"/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74CCF" w:rsidRDefault="00874CCF"/>
        </w:tc>
      </w:tr>
    </w:tbl>
    <w:p w:rsidR="00874CCF" w:rsidRDefault="00874CCF">
      <w:pPr>
        <w:autoSpaceDE w:val="0"/>
        <w:autoSpaceDN w:val="0"/>
        <w:spacing w:after="1568" w:line="14" w:lineRule="exact"/>
      </w:pPr>
    </w:p>
    <w:p w:rsidR="00874CCF" w:rsidRDefault="00874CCF">
      <w:pPr>
        <w:sectPr w:rsidR="00874CCF">
          <w:pgSz w:w="11911" w:h="16841"/>
          <w:pgMar w:top="778" w:right="910" w:bottom="288" w:left="804" w:header="720" w:footer="720" w:gutter="0"/>
          <w:cols w:space="720" w:equalWidth="0">
            <w:col w:w="10198" w:space="0"/>
          </w:cols>
          <w:docGrid w:linePitch="360"/>
        </w:sectPr>
      </w:pPr>
    </w:p>
    <w:p w:rsidR="00874CCF" w:rsidRDefault="007265A6">
      <w:pPr>
        <w:tabs>
          <w:tab w:val="left" w:pos="550"/>
        </w:tabs>
        <w:autoSpaceDE w:val="0"/>
        <w:autoSpaceDN w:val="0"/>
        <w:spacing w:after="0" w:line="245" w:lineRule="auto"/>
        <w:ind w:left="478" w:right="1440"/>
      </w:pPr>
      <w:r>
        <w:rPr>
          <w:rFonts w:ascii="Calibri" w:eastAsia="Calibri" w:hAnsi="Calibri"/>
          <w:color w:val="000000"/>
          <w:sz w:val="16"/>
        </w:rPr>
        <w:t xml:space="preserve">……………………………....................  (miejscowość i data) </w:t>
      </w:r>
    </w:p>
    <w:p w:rsidR="00874CCF" w:rsidRDefault="007265A6">
      <w:pPr>
        <w:autoSpaceDE w:val="0"/>
        <w:autoSpaceDN w:val="0"/>
        <w:spacing w:before="1320" w:after="0" w:line="224" w:lineRule="exact"/>
      </w:pPr>
      <w:r>
        <w:rPr>
          <w:rFonts w:ascii="Times New Roman,Bold" w:eastAsia="Times New Roman,Bold" w:hAnsi="Times New Roman,Bold"/>
          <w:b/>
          <w:color w:val="000000"/>
          <w:sz w:val="16"/>
        </w:rPr>
        <w:t>IV.</w:t>
      </w:r>
      <w:r>
        <w:rPr>
          <w:rFonts w:ascii="Calibri" w:eastAsia="Calibri" w:hAnsi="Calibri"/>
          <w:b/>
          <w:color w:val="000000"/>
          <w:sz w:val="20"/>
        </w:rPr>
        <w:t xml:space="preserve"> OŚWIADCZENIE </w:t>
      </w:r>
    </w:p>
    <w:p w:rsidR="00874CCF" w:rsidRDefault="00874CCF">
      <w:pPr>
        <w:sectPr w:rsidR="00874CCF">
          <w:type w:val="continuous"/>
          <w:pgSz w:w="11911" w:h="16841"/>
          <w:pgMar w:top="778" w:right="910" w:bottom="288" w:left="804" w:header="720" w:footer="720" w:gutter="0"/>
          <w:cols w:num="2" w:space="720" w:equalWidth="0">
            <w:col w:w="4067" w:space="0"/>
            <w:col w:w="6130" w:space="0"/>
          </w:cols>
          <w:docGrid w:linePitch="360"/>
        </w:sectPr>
      </w:pPr>
    </w:p>
    <w:p w:rsidR="00874CCF" w:rsidRDefault="007265A6">
      <w:pPr>
        <w:autoSpaceDE w:val="0"/>
        <w:autoSpaceDN w:val="0"/>
        <w:spacing w:after="2072" w:line="245" w:lineRule="auto"/>
        <w:ind w:left="1532" w:right="1872"/>
      </w:pPr>
      <w:r>
        <w:rPr>
          <w:rFonts w:ascii="Calibri" w:eastAsia="Calibri" w:hAnsi="Calibri"/>
          <w:color w:val="000000"/>
          <w:sz w:val="16"/>
        </w:rPr>
        <w:t xml:space="preserve">……………………………………………….............. </w:t>
      </w:r>
      <w:r>
        <w:br/>
      </w:r>
      <w:r>
        <w:rPr>
          <w:rFonts w:ascii="Calibri" w:eastAsia="Calibri" w:hAnsi="Calibri"/>
          <w:color w:val="000000"/>
          <w:sz w:val="16"/>
        </w:rPr>
        <w:t xml:space="preserve">( podpis rodziców / opiekunów ) </w:t>
      </w:r>
    </w:p>
    <w:p w:rsidR="00874CCF" w:rsidRDefault="00874CCF">
      <w:pPr>
        <w:sectPr w:rsidR="00874CCF">
          <w:type w:val="nextColumn"/>
          <w:pgSz w:w="11911" w:h="16841"/>
          <w:pgMar w:top="778" w:right="910" w:bottom="288" w:left="804" w:header="720" w:footer="720" w:gutter="0"/>
          <w:cols w:num="2" w:space="720" w:equalWidth="0">
            <w:col w:w="4067" w:space="0"/>
            <w:col w:w="6130" w:space="0"/>
          </w:cols>
          <w:docGrid w:linePitch="360"/>
        </w:sectPr>
      </w:pPr>
    </w:p>
    <w:p w:rsidR="00874CCF" w:rsidRDefault="007265A6">
      <w:pPr>
        <w:autoSpaceDE w:val="0"/>
        <w:autoSpaceDN w:val="0"/>
        <w:spacing w:after="0" w:line="250" w:lineRule="auto"/>
        <w:ind w:left="624" w:right="864"/>
      </w:pPr>
      <w:r>
        <w:rPr>
          <w:rFonts w:ascii="Calibri" w:eastAsia="Calibri" w:hAnsi="Calibri"/>
          <w:color w:val="000000"/>
          <w:sz w:val="20"/>
        </w:rPr>
        <w:t xml:space="preserve">Oświadczam, że wyrażam zgodę na przetwarzanie moich danych osobowych zawartych </w:t>
      </w:r>
      <w:r>
        <w:br/>
      </w:r>
      <w:r>
        <w:rPr>
          <w:rFonts w:ascii="Calibri" w:eastAsia="Calibri" w:hAnsi="Calibri"/>
          <w:color w:val="000000"/>
          <w:sz w:val="20"/>
        </w:rPr>
        <w:t xml:space="preserve">w „Deklaracji o kontynuację edukacji przedszkolnej dziecka” dla potrzeb niezbędnych do organizacji pracy i funkcjonowania placówki. </w:t>
      </w:r>
    </w:p>
    <w:p w:rsidR="00874CCF" w:rsidRDefault="007265A6">
      <w:pPr>
        <w:tabs>
          <w:tab w:val="left" w:pos="680"/>
          <w:tab w:val="left" w:pos="5646"/>
        </w:tabs>
        <w:autoSpaceDE w:val="0"/>
        <w:autoSpaceDN w:val="0"/>
        <w:spacing w:before="328" w:after="0" w:line="245" w:lineRule="auto"/>
        <w:ind w:left="478" w:right="1872"/>
      </w:pPr>
      <w:r>
        <w:rPr>
          <w:rFonts w:ascii="Calibri" w:eastAsia="Calibri" w:hAnsi="Calibri"/>
          <w:color w:val="000000"/>
          <w:sz w:val="20"/>
        </w:rPr>
        <w:t xml:space="preserve">……………………………. </w:t>
      </w:r>
      <w:r>
        <w:tab/>
      </w:r>
      <w:r>
        <w:rPr>
          <w:rFonts w:ascii="Calibri" w:eastAsia="Calibri" w:hAnsi="Calibri"/>
          <w:color w:val="000000"/>
          <w:sz w:val="20"/>
        </w:rPr>
        <w:t xml:space="preserve"> ………………………………………………. </w:t>
      </w:r>
      <w:r>
        <w:tab/>
      </w:r>
      <w:r>
        <w:rPr>
          <w:rFonts w:ascii="Calibri" w:eastAsia="Calibri" w:hAnsi="Calibri"/>
          <w:color w:val="000000"/>
          <w:sz w:val="16"/>
        </w:rPr>
        <w:t xml:space="preserve">(Miejscowość i data)                                                                                                              (podpis rodziców) </w:t>
      </w:r>
    </w:p>
    <w:p w:rsidR="00874CCF" w:rsidRDefault="007265A6">
      <w:pPr>
        <w:tabs>
          <w:tab w:val="left" w:pos="420"/>
        </w:tabs>
        <w:autoSpaceDE w:val="0"/>
        <w:autoSpaceDN w:val="0"/>
        <w:spacing w:before="1302" w:after="0" w:line="224" w:lineRule="exact"/>
      </w:pPr>
      <w:r>
        <w:rPr>
          <w:rFonts w:ascii="Times New Roman,Bold" w:eastAsia="Times New Roman,Bold" w:hAnsi="Times New Roman,Bold"/>
          <w:b/>
          <w:color w:val="000000"/>
          <w:sz w:val="16"/>
        </w:rPr>
        <w:t xml:space="preserve">V. </w:t>
      </w:r>
      <w:r>
        <w:tab/>
      </w:r>
      <w:r>
        <w:rPr>
          <w:rFonts w:ascii="Calibri" w:eastAsia="Calibri" w:hAnsi="Calibri"/>
          <w:b/>
          <w:color w:val="000000"/>
          <w:sz w:val="20"/>
        </w:rPr>
        <w:t xml:space="preserve">ZOBOWIĄZANIE DOTYCZĄCE UISZCZENIA OPŁAT ZA PRZEDSZKOLE </w:t>
      </w:r>
    </w:p>
    <w:p w:rsidR="00874CCF" w:rsidRDefault="007265A6">
      <w:pPr>
        <w:autoSpaceDE w:val="0"/>
        <w:autoSpaceDN w:val="0"/>
        <w:spacing w:before="284" w:after="0" w:line="250" w:lineRule="auto"/>
        <w:ind w:left="636" w:right="1584"/>
      </w:pPr>
      <w:r>
        <w:rPr>
          <w:rFonts w:ascii="Calibri" w:eastAsia="Calibri" w:hAnsi="Calibri"/>
          <w:color w:val="000000"/>
          <w:sz w:val="20"/>
        </w:rPr>
        <w:t xml:space="preserve">Oświadczam, że dziecko będzie korzystać z opieki przedszkola w danym roku szkolnym </w:t>
      </w:r>
      <w:r>
        <w:br/>
      </w:r>
      <w:r>
        <w:rPr>
          <w:rFonts w:ascii="Calibri" w:eastAsia="Calibri" w:hAnsi="Calibri"/>
          <w:color w:val="000000"/>
          <w:sz w:val="20"/>
        </w:rPr>
        <w:t xml:space="preserve">w godzinach ……………………….. i zobowiązuję się do regularnego i terminowego dokonywania opłat związanych z korzystaniem przez moje dziecko z przedszkola. </w:t>
      </w:r>
    </w:p>
    <w:p w:rsidR="00874CCF" w:rsidRDefault="007265A6">
      <w:pPr>
        <w:tabs>
          <w:tab w:val="left" w:pos="6222"/>
          <w:tab w:val="left" w:pos="6476"/>
        </w:tabs>
        <w:autoSpaceDE w:val="0"/>
        <w:autoSpaceDN w:val="0"/>
        <w:spacing w:before="808" w:after="0" w:line="245" w:lineRule="auto"/>
        <w:ind w:left="624" w:right="1440"/>
      </w:pPr>
      <w:r>
        <w:rPr>
          <w:rFonts w:ascii="Calibri" w:eastAsia="Calibri" w:hAnsi="Calibri"/>
          <w:color w:val="000000"/>
          <w:sz w:val="16"/>
        </w:rPr>
        <w:t xml:space="preserve">…………………………......... </w:t>
      </w:r>
      <w:r>
        <w:tab/>
      </w:r>
      <w:r>
        <w:rPr>
          <w:rFonts w:ascii="Calibri" w:eastAsia="Calibri" w:hAnsi="Calibri"/>
          <w:color w:val="000000"/>
          <w:sz w:val="16"/>
        </w:rPr>
        <w:t xml:space="preserve"> ………………………………………………..........  (miejscowość i data) </w:t>
      </w:r>
      <w:r>
        <w:tab/>
      </w:r>
      <w:r>
        <w:rPr>
          <w:rFonts w:ascii="Calibri" w:eastAsia="Calibri" w:hAnsi="Calibri"/>
          <w:color w:val="000000"/>
          <w:sz w:val="16"/>
        </w:rPr>
        <w:t>(podpis rodziców)</w:t>
      </w:r>
    </w:p>
    <w:p w:rsidR="00874CCF" w:rsidRDefault="007265A6">
      <w:pPr>
        <w:tabs>
          <w:tab w:val="left" w:pos="454"/>
        </w:tabs>
        <w:autoSpaceDE w:val="0"/>
        <w:autoSpaceDN w:val="0"/>
        <w:spacing w:before="250" w:after="0" w:line="276" w:lineRule="exact"/>
        <w:ind w:right="4608"/>
      </w:pPr>
      <w:r>
        <w:rPr>
          <w:rFonts w:ascii="Times New Roman,Bold" w:eastAsia="Times New Roman,Bold" w:hAnsi="Times New Roman,Bold"/>
          <w:b/>
          <w:color w:val="000000"/>
          <w:sz w:val="16"/>
        </w:rPr>
        <w:t>VI.</w:t>
      </w:r>
      <w:r>
        <w:rPr>
          <w:rFonts w:ascii="Calibri" w:eastAsia="Calibri" w:hAnsi="Calibri"/>
          <w:b/>
          <w:color w:val="000000"/>
          <w:sz w:val="20"/>
        </w:rPr>
        <w:t xml:space="preserve">OŚWIADCZENIE RODZICÓW DOTYCZĄCE PUBLIKACJI DANYCH </w:t>
      </w:r>
      <w:r>
        <w:tab/>
      </w:r>
      <w:r>
        <w:rPr>
          <w:rFonts w:ascii="Calibri" w:eastAsia="Calibri" w:hAnsi="Calibri"/>
          <w:b/>
          <w:color w:val="000000"/>
          <w:sz w:val="20"/>
        </w:rPr>
        <w:t xml:space="preserve">I WIZERUNKU DZIECKA </w:t>
      </w:r>
    </w:p>
    <w:p w:rsidR="00874CCF" w:rsidRDefault="007265A6">
      <w:pPr>
        <w:autoSpaceDE w:val="0"/>
        <w:autoSpaceDN w:val="0"/>
        <w:spacing w:before="456" w:after="0" w:line="250" w:lineRule="auto"/>
        <w:ind w:left="636"/>
      </w:pPr>
      <w:r>
        <w:rPr>
          <w:rFonts w:ascii="Calibri" w:eastAsia="Calibri" w:hAnsi="Calibri"/>
          <w:color w:val="000000"/>
          <w:sz w:val="20"/>
        </w:rPr>
        <w:t xml:space="preserve">Oświadczam, że wyrażam zgodę na publikowanie fotografii, filmów i informacji z życia przedszkola na stronach internetowych Zespołu Szkół i Placówek Oświatowych w Lubiniu zawierających wizerunek lub imię i nazwisko mojego dziecka oraz publikacji w mediach lokalnych. </w:t>
      </w:r>
    </w:p>
    <w:p w:rsidR="00874CCF" w:rsidRDefault="007265A6">
      <w:pPr>
        <w:tabs>
          <w:tab w:val="left" w:pos="6290"/>
          <w:tab w:val="left" w:pos="6516"/>
        </w:tabs>
        <w:autoSpaceDE w:val="0"/>
        <w:autoSpaceDN w:val="0"/>
        <w:spacing w:before="572" w:after="0" w:line="245" w:lineRule="auto"/>
        <w:ind w:left="636" w:right="1440"/>
      </w:pPr>
      <w:r>
        <w:rPr>
          <w:rFonts w:ascii="Calibri" w:eastAsia="Calibri" w:hAnsi="Calibri"/>
          <w:color w:val="000000"/>
          <w:sz w:val="20"/>
        </w:rPr>
        <w:t xml:space="preserve">…………………………. </w:t>
      </w:r>
      <w:r>
        <w:tab/>
      </w:r>
      <w:r>
        <w:rPr>
          <w:rFonts w:ascii="Calibri" w:eastAsia="Calibri" w:hAnsi="Calibri"/>
          <w:color w:val="000000"/>
          <w:sz w:val="20"/>
        </w:rPr>
        <w:t xml:space="preserve">……………………………………………. </w:t>
      </w:r>
      <w:r>
        <w:rPr>
          <w:rFonts w:ascii="Calibri" w:eastAsia="Calibri" w:hAnsi="Calibri"/>
          <w:color w:val="000000"/>
          <w:sz w:val="16"/>
        </w:rPr>
        <w:t xml:space="preserve">(miejscowość i data) </w:t>
      </w:r>
      <w:r>
        <w:tab/>
      </w:r>
      <w:r>
        <w:rPr>
          <w:rFonts w:ascii="Calibri" w:eastAsia="Calibri" w:hAnsi="Calibri"/>
          <w:color w:val="000000"/>
          <w:sz w:val="16"/>
        </w:rPr>
        <w:t xml:space="preserve">(podpis rodziców) </w:t>
      </w:r>
    </w:p>
    <w:p w:rsidR="00874CCF" w:rsidRDefault="00874CCF">
      <w:pPr>
        <w:sectPr w:rsidR="00874CCF">
          <w:type w:val="continuous"/>
          <w:pgSz w:w="11911" w:h="16841"/>
          <w:pgMar w:top="778" w:right="910" w:bottom="288" w:left="804" w:header="720" w:footer="720" w:gutter="0"/>
          <w:cols w:space="720" w:equalWidth="0">
            <w:col w:w="10198" w:space="0"/>
          </w:cols>
          <w:docGrid w:linePitch="360"/>
        </w:sectPr>
      </w:pPr>
    </w:p>
    <w:p w:rsidR="00874CCF" w:rsidRDefault="00874CCF">
      <w:pPr>
        <w:autoSpaceDE w:val="0"/>
        <w:autoSpaceDN w:val="0"/>
        <w:spacing w:after="582" w:line="220" w:lineRule="exact"/>
      </w:pPr>
    </w:p>
    <w:p w:rsidR="00874CCF" w:rsidRDefault="007265A6">
      <w:pPr>
        <w:autoSpaceDE w:val="0"/>
        <w:autoSpaceDN w:val="0"/>
        <w:spacing w:after="0" w:line="222" w:lineRule="exact"/>
        <w:ind w:left="84"/>
      </w:pPr>
      <w:r>
        <w:rPr>
          <w:rFonts w:ascii="Times New Roman,Bold" w:eastAsia="Times New Roman,Bold" w:hAnsi="Times New Roman,Bold"/>
          <w:b/>
          <w:color w:val="000000"/>
          <w:sz w:val="16"/>
        </w:rPr>
        <w:t>VII.</w:t>
      </w:r>
      <w:r>
        <w:rPr>
          <w:rFonts w:ascii="Calibri" w:eastAsia="Calibri" w:hAnsi="Calibri"/>
          <w:b/>
          <w:color w:val="000000"/>
          <w:sz w:val="20"/>
        </w:rPr>
        <w:t xml:space="preserve">OŚWIADCZENIE </w:t>
      </w:r>
    </w:p>
    <w:p w:rsidR="00874CCF" w:rsidRDefault="007265A6">
      <w:pPr>
        <w:autoSpaceDE w:val="0"/>
        <w:autoSpaceDN w:val="0"/>
        <w:spacing w:before="540" w:after="0" w:line="194" w:lineRule="auto"/>
        <w:ind w:left="720"/>
      </w:pPr>
      <w:r>
        <w:rPr>
          <w:rFonts w:ascii="Calibri" w:eastAsia="Calibri" w:hAnsi="Calibri"/>
          <w:color w:val="000000"/>
          <w:sz w:val="20"/>
        </w:rPr>
        <w:t xml:space="preserve">Oświadczam, że wyrażam zgodę  na udział mojego dziecka w zajęciach dodatkowych z religii. </w:t>
      </w:r>
    </w:p>
    <w:p w:rsidR="00874CCF" w:rsidRDefault="007265A6">
      <w:pPr>
        <w:tabs>
          <w:tab w:val="left" w:pos="6398"/>
        </w:tabs>
        <w:autoSpaceDE w:val="0"/>
        <w:autoSpaceDN w:val="0"/>
        <w:spacing w:before="292" w:after="0" w:line="194" w:lineRule="auto"/>
        <w:ind w:left="708"/>
      </w:pPr>
      <w:r>
        <w:rPr>
          <w:rFonts w:ascii="Calibri" w:eastAsia="Calibri" w:hAnsi="Calibri"/>
          <w:color w:val="000000"/>
          <w:sz w:val="20"/>
        </w:rPr>
        <w:t xml:space="preserve">………………………….. </w:t>
      </w:r>
      <w:r>
        <w:tab/>
      </w:r>
      <w:r>
        <w:rPr>
          <w:rFonts w:ascii="Calibri" w:eastAsia="Calibri" w:hAnsi="Calibri"/>
          <w:color w:val="000000"/>
          <w:sz w:val="20"/>
        </w:rPr>
        <w:t xml:space="preserve"> ……………………………………………… </w:t>
      </w:r>
    </w:p>
    <w:p w:rsidR="00874CCF" w:rsidRDefault="007265A6">
      <w:pPr>
        <w:tabs>
          <w:tab w:val="left" w:pos="6640"/>
        </w:tabs>
        <w:autoSpaceDE w:val="0"/>
        <w:autoSpaceDN w:val="0"/>
        <w:spacing w:before="82" w:after="0" w:line="197" w:lineRule="auto"/>
        <w:ind w:left="720"/>
      </w:pPr>
      <w:r>
        <w:rPr>
          <w:rFonts w:ascii="Calibri" w:eastAsia="Calibri" w:hAnsi="Calibri"/>
          <w:color w:val="000000"/>
          <w:sz w:val="16"/>
        </w:rPr>
        <w:t xml:space="preserve">(miejscowość i data) </w:t>
      </w:r>
      <w:r>
        <w:tab/>
      </w:r>
      <w:r>
        <w:rPr>
          <w:rFonts w:ascii="Calibri" w:eastAsia="Calibri" w:hAnsi="Calibri"/>
          <w:color w:val="000000"/>
          <w:sz w:val="16"/>
        </w:rPr>
        <w:t>(podpis rodziców</w:t>
      </w:r>
      <w:r>
        <w:rPr>
          <w:rFonts w:ascii="Calibri" w:eastAsia="Calibri" w:hAnsi="Calibri"/>
          <w:color w:val="000000"/>
          <w:sz w:val="20"/>
        </w:rPr>
        <w:t xml:space="preserve">) </w:t>
      </w:r>
    </w:p>
    <w:p w:rsidR="00874CCF" w:rsidRDefault="007265A6">
      <w:pPr>
        <w:autoSpaceDE w:val="0"/>
        <w:autoSpaceDN w:val="0"/>
        <w:spacing w:before="694" w:after="736" w:line="222" w:lineRule="exact"/>
        <w:ind w:left="180"/>
      </w:pPr>
      <w:r>
        <w:rPr>
          <w:rFonts w:ascii="Times New Roman,Bold" w:eastAsia="Times New Roman,Bold" w:hAnsi="Times New Roman,Bold"/>
          <w:b/>
          <w:color w:val="000000"/>
          <w:sz w:val="16"/>
        </w:rPr>
        <w:t>VIII.</w:t>
      </w:r>
      <w:r>
        <w:rPr>
          <w:rFonts w:ascii="Calibri" w:eastAsia="Calibri" w:hAnsi="Calibri"/>
          <w:b/>
          <w:color w:val="000000"/>
          <w:sz w:val="20"/>
        </w:rPr>
        <w:t xml:space="preserve">INFORMACJE DODATKOWE / </w:t>
      </w:r>
      <w:r>
        <w:rPr>
          <w:rFonts w:ascii="Calibri" w:eastAsia="Calibri" w:hAnsi="Calibri"/>
          <w:color w:val="000000"/>
          <w:sz w:val="20"/>
        </w:rPr>
        <w:t xml:space="preserve">Proszę  o  zaznaczenie  właściwej  odpowiedzi / </w:t>
      </w:r>
    </w:p>
    <w:tbl>
      <w:tblPr>
        <w:tblW w:w="0" w:type="auto"/>
        <w:tblInd w:w="784" w:type="dxa"/>
        <w:tblLayout w:type="fixed"/>
        <w:tblLook w:val="04A0" w:firstRow="1" w:lastRow="0" w:firstColumn="1" w:lastColumn="0" w:noHBand="0" w:noVBand="1"/>
      </w:tblPr>
      <w:tblGrid>
        <w:gridCol w:w="5954"/>
        <w:gridCol w:w="850"/>
        <w:gridCol w:w="850"/>
      </w:tblGrid>
      <w:tr w:rsidR="00874CCF">
        <w:trPr>
          <w:trHeight w:hRule="exact" w:val="406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:rsidR="00874CCF" w:rsidRDefault="007265A6">
            <w:pPr>
              <w:autoSpaceDE w:val="0"/>
              <w:autoSpaceDN w:val="0"/>
              <w:spacing w:before="64" w:after="0" w:line="194" w:lineRule="auto"/>
              <w:ind w:left="104"/>
            </w:pPr>
            <w:proofErr w:type="spellStart"/>
            <w:r>
              <w:rPr>
                <w:rFonts w:ascii="Calibri" w:eastAsia="Calibri" w:hAnsi="Calibri"/>
                <w:color w:val="000000"/>
                <w:sz w:val="20"/>
              </w:rPr>
              <w:t>Dziecko</w:t>
            </w:r>
            <w:proofErr w:type="spellEnd"/>
            <w:r>
              <w:rPr>
                <w:rFonts w:ascii="Calibri" w:eastAsia="Calibri" w:hAnsi="Calibri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ascii="Calibri" w:eastAsia="Calibri" w:hAnsi="Calibri"/>
                <w:color w:val="000000"/>
                <w:sz w:val="20"/>
              </w:rPr>
              <w:t>rodzica</w:t>
            </w:r>
            <w:proofErr w:type="spellEnd"/>
            <w:r>
              <w:rPr>
                <w:rFonts w:ascii="Calibri" w:eastAsia="Calibri" w:hAnsi="Calibri"/>
                <w:color w:val="000000"/>
                <w:sz w:val="20"/>
              </w:rPr>
              <w:t xml:space="preserve"> </w:t>
            </w:r>
            <w:proofErr w:type="spellStart"/>
            <w:r>
              <w:rPr>
                <w:rFonts w:ascii="Calibri" w:eastAsia="Calibri" w:hAnsi="Calibri"/>
                <w:color w:val="000000"/>
                <w:sz w:val="20"/>
              </w:rPr>
              <w:t>samotnie</w:t>
            </w:r>
            <w:proofErr w:type="spellEnd"/>
            <w:r>
              <w:rPr>
                <w:rFonts w:ascii="Calibri" w:eastAsia="Calibri" w:hAnsi="Calibri"/>
                <w:color w:val="000000"/>
                <w:sz w:val="20"/>
              </w:rPr>
              <w:t xml:space="preserve"> je wychowującego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74CCF" w:rsidRDefault="007265A6">
            <w:pPr>
              <w:autoSpaceDE w:val="0"/>
              <w:autoSpaceDN w:val="0"/>
              <w:spacing w:before="28" w:after="0" w:line="194" w:lineRule="auto"/>
              <w:jc w:val="center"/>
            </w:pPr>
            <w:r>
              <w:rPr>
                <w:rFonts w:ascii="Calibri" w:eastAsia="Calibri" w:hAnsi="Calibri"/>
                <w:color w:val="000000"/>
                <w:sz w:val="20"/>
              </w:rPr>
              <w:t xml:space="preserve">tak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:rsidR="00874CCF" w:rsidRDefault="007265A6">
            <w:pPr>
              <w:autoSpaceDE w:val="0"/>
              <w:autoSpaceDN w:val="0"/>
              <w:spacing w:before="28" w:after="0" w:line="194" w:lineRule="auto"/>
              <w:jc w:val="center"/>
            </w:pPr>
            <w:r>
              <w:rPr>
                <w:rFonts w:ascii="Calibri" w:eastAsia="Calibri" w:hAnsi="Calibri"/>
                <w:color w:val="000000"/>
                <w:sz w:val="20"/>
              </w:rPr>
              <w:t xml:space="preserve">nie </w:t>
            </w:r>
          </w:p>
        </w:tc>
      </w:tr>
      <w:tr w:rsidR="00874CCF">
        <w:trPr>
          <w:trHeight w:hRule="exact" w:val="404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:rsidR="00874CCF" w:rsidRDefault="007265A6">
            <w:pPr>
              <w:autoSpaceDE w:val="0"/>
              <w:autoSpaceDN w:val="0"/>
              <w:spacing w:before="64" w:after="0" w:line="194" w:lineRule="auto"/>
              <w:ind w:left="104"/>
            </w:pPr>
            <w:r>
              <w:rPr>
                <w:rFonts w:ascii="Calibri" w:eastAsia="Calibri" w:hAnsi="Calibri"/>
                <w:color w:val="000000"/>
                <w:sz w:val="20"/>
              </w:rPr>
              <w:t xml:space="preserve">Dziecko rodziców niepełnosprawnych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74CCF" w:rsidRDefault="007265A6">
            <w:pPr>
              <w:autoSpaceDE w:val="0"/>
              <w:autoSpaceDN w:val="0"/>
              <w:spacing w:before="28" w:after="0" w:line="194" w:lineRule="auto"/>
              <w:jc w:val="center"/>
            </w:pPr>
            <w:r>
              <w:rPr>
                <w:rFonts w:ascii="Calibri" w:eastAsia="Calibri" w:hAnsi="Calibri"/>
                <w:color w:val="000000"/>
                <w:sz w:val="20"/>
              </w:rPr>
              <w:t xml:space="preserve">tak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:rsidR="00874CCF" w:rsidRDefault="007265A6">
            <w:pPr>
              <w:autoSpaceDE w:val="0"/>
              <w:autoSpaceDN w:val="0"/>
              <w:spacing w:before="28" w:after="0" w:line="194" w:lineRule="auto"/>
              <w:jc w:val="center"/>
            </w:pPr>
            <w:r>
              <w:rPr>
                <w:rFonts w:ascii="Calibri" w:eastAsia="Calibri" w:hAnsi="Calibri"/>
                <w:color w:val="000000"/>
                <w:sz w:val="20"/>
              </w:rPr>
              <w:t xml:space="preserve">nie </w:t>
            </w:r>
          </w:p>
        </w:tc>
      </w:tr>
      <w:tr w:rsidR="00874CCF">
        <w:trPr>
          <w:trHeight w:hRule="exact" w:val="406"/>
        </w:trPr>
        <w:tc>
          <w:tcPr>
            <w:tcW w:w="595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:rsidR="00874CCF" w:rsidRDefault="007265A6">
            <w:pPr>
              <w:autoSpaceDE w:val="0"/>
              <w:autoSpaceDN w:val="0"/>
              <w:spacing w:before="64" w:after="0" w:line="197" w:lineRule="auto"/>
              <w:ind w:left="104"/>
            </w:pPr>
            <w:r>
              <w:rPr>
                <w:rFonts w:ascii="Calibri" w:eastAsia="Calibri" w:hAnsi="Calibri"/>
                <w:color w:val="000000"/>
                <w:sz w:val="20"/>
              </w:rPr>
              <w:t xml:space="preserve">Dziecko posiada orzeczenie o niepełnosprawności 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74CCF" w:rsidRDefault="007265A6">
            <w:pPr>
              <w:autoSpaceDE w:val="0"/>
              <w:autoSpaceDN w:val="0"/>
              <w:spacing w:before="28" w:after="0" w:line="197" w:lineRule="auto"/>
              <w:jc w:val="center"/>
            </w:pPr>
            <w:r>
              <w:rPr>
                <w:rFonts w:ascii="Calibri" w:eastAsia="Calibri" w:hAnsi="Calibri"/>
                <w:color w:val="000000"/>
                <w:sz w:val="20"/>
              </w:rPr>
              <w:t xml:space="preserve">tak 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:rsidR="00874CCF" w:rsidRDefault="007265A6">
            <w:pPr>
              <w:autoSpaceDE w:val="0"/>
              <w:autoSpaceDN w:val="0"/>
              <w:spacing w:before="28" w:after="0" w:line="197" w:lineRule="auto"/>
              <w:jc w:val="center"/>
            </w:pPr>
            <w:r>
              <w:rPr>
                <w:rFonts w:ascii="Calibri" w:eastAsia="Calibri" w:hAnsi="Calibri"/>
                <w:color w:val="000000"/>
                <w:sz w:val="20"/>
              </w:rPr>
              <w:t xml:space="preserve">nie </w:t>
            </w:r>
          </w:p>
        </w:tc>
      </w:tr>
      <w:tr w:rsidR="00874CCF">
        <w:trPr>
          <w:trHeight w:hRule="exact" w:val="404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:rsidR="00874CCF" w:rsidRDefault="007265A6">
            <w:pPr>
              <w:autoSpaceDE w:val="0"/>
              <w:autoSpaceDN w:val="0"/>
              <w:spacing w:before="64" w:after="0" w:line="197" w:lineRule="auto"/>
              <w:ind w:left="104"/>
            </w:pPr>
            <w:r>
              <w:rPr>
                <w:rFonts w:ascii="Calibri" w:eastAsia="Calibri" w:hAnsi="Calibri"/>
                <w:color w:val="000000"/>
                <w:sz w:val="20"/>
              </w:rPr>
              <w:t xml:space="preserve">Dziecko posiada orzeczenie do kształcenia specjalnego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74CCF" w:rsidRDefault="007265A6">
            <w:pPr>
              <w:autoSpaceDE w:val="0"/>
              <w:autoSpaceDN w:val="0"/>
              <w:spacing w:before="28" w:after="0" w:line="197" w:lineRule="auto"/>
              <w:jc w:val="center"/>
            </w:pPr>
            <w:r>
              <w:rPr>
                <w:rFonts w:ascii="Calibri" w:eastAsia="Calibri" w:hAnsi="Calibri"/>
                <w:color w:val="000000"/>
                <w:sz w:val="20"/>
              </w:rPr>
              <w:t xml:space="preserve">tak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:rsidR="00874CCF" w:rsidRDefault="007265A6">
            <w:pPr>
              <w:autoSpaceDE w:val="0"/>
              <w:autoSpaceDN w:val="0"/>
              <w:spacing w:before="28" w:after="0" w:line="197" w:lineRule="auto"/>
              <w:jc w:val="center"/>
            </w:pPr>
            <w:r>
              <w:rPr>
                <w:rFonts w:ascii="Calibri" w:eastAsia="Calibri" w:hAnsi="Calibri"/>
                <w:color w:val="000000"/>
                <w:sz w:val="20"/>
              </w:rPr>
              <w:t xml:space="preserve">nie </w:t>
            </w:r>
          </w:p>
        </w:tc>
      </w:tr>
      <w:tr w:rsidR="00874CCF">
        <w:trPr>
          <w:trHeight w:hRule="exact" w:val="410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:rsidR="00874CCF" w:rsidRDefault="007265A6">
            <w:pPr>
              <w:autoSpaceDE w:val="0"/>
              <w:autoSpaceDN w:val="0"/>
              <w:spacing w:before="68" w:after="0" w:line="197" w:lineRule="auto"/>
              <w:ind w:left="104"/>
            </w:pPr>
            <w:r>
              <w:rPr>
                <w:rFonts w:ascii="Calibri" w:eastAsia="Calibri" w:hAnsi="Calibri"/>
                <w:color w:val="000000"/>
                <w:sz w:val="20"/>
              </w:rPr>
              <w:t xml:space="preserve">Dziecko rodzica /ojca lub matki/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74CCF" w:rsidRDefault="007265A6">
            <w:pPr>
              <w:autoSpaceDE w:val="0"/>
              <w:autoSpaceDN w:val="0"/>
              <w:spacing w:before="36" w:after="0" w:line="194" w:lineRule="auto"/>
              <w:jc w:val="center"/>
            </w:pPr>
            <w:r>
              <w:rPr>
                <w:rFonts w:ascii="Calibri" w:eastAsia="Calibri" w:hAnsi="Calibri"/>
                <w:color w:val="000000"/>
                <w:sz w:val="20"/>
              </w:rPr>
              <w:t xml:space="preserve">tak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:rsidR="00874CCF" w:rsidRDefault="007265A6">
            <w:pPr>
              <w:autoSpaceDE w:val="0"/>
              <w:autoSpaceDN w:val="0"/>
              <w:spacing w:before="36" w:after="0" w:line="194" w:lineRule="auto"/>
              <w:jc w:val="center"/>
            </w:pPr>
            <w:r>
              <w:rPr>
                <w:rFonts w:ascii="Calibri" w:eastAsia="Calibri" w:hAnsi="Calibri"/>
                <w:color w:val="000000"/>
                <w:sz w:val="20"/>
              </w:rPr>
              <w:t xml:space="preserve">nie </w:t>
            </w:r>
          </w:p>
        </w:tc>
      </w:tr>
      <w:tr w:rsidR="00874CCF">
        <w:trPr>
          <w:trHeight w:hRule="exact" w:val="406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:rsidR="00874CCF" w:rsidRDefault="007265A6">
            <w:pPr>
              <w:autoSpaceDE w:val="0"/>
              <w:autoSpaceDN w:val="0"/>
              <w:spacing w:before="64" w:after="0" w:line="197" w:lineRule="auto"/>
              <w:ind w:left="104"/>
            </w:pPr>
            <w:r>
              <w:rPr>
                <w:rFonts w:ascii="Calibri" w:eastAsia="Calibri" w:hAnsi="Calibri"/>
                <w:color w:val="000000"/>
                <w:sz w:val="20"/>
              </w:rPr>
              <w:t xml:space="preserve">Dziecko rodziców /pracujących obojga/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74CCF" w:rsidRDefault="007265A6">
            <w:pPr>
              <w:autoSpaceDE w:val="0"/>
              <w:autoSpaceDN w:val="0"/>
              <w:spacing w:before="28" w:after="0" w:line="197" w:lineRule="auto"/>
              <w:jc w:val="center"/>
            </w:pPr>
            <w:r>
              <w:rPr>
                <w:rFonts w:ascii="Calibri" w:eastAsia="Calibri" w:hAnsi="Calibri"/>
                <w:color w:val="000000"/>
                <w:sz w:val="20"/>
              </w:rPr>
              <w:t xml:space="preserve">tak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:rsidR="00874CCF" w:rsidRDefault="007265A6">
            <w:pPr>
              <w:autoSpaceDE w:val="0"/>
              <w:autoSpaceDN w:val="0"/>
              <w:spacing w:before="28" w:after="0" w:line="197" w:lineRule="auto"/>
              <w:jc w:val="center"/>
            </w:pPr>
            <w:r>
              <w:rPr>
                <w:rFonts w:ascii="Calibri" w:eastAsia="Calibri" w:hAnsi="Calibri"/>
                <w:color w:val="000000"/>
                <w:sz w:val="20"/>
              </w:rPr>
              <w:t xml:space="preserve">nie </w:t>
            </w:r>
          </w:p>
        </w:tc>
      </w:tr>
      <w:tr w:rsidR="00874CCF">
        <w:trPr>
          <w:trHeight w:hRule="exact" w:val="684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:rsidR="00874CCF" w:rsidRDefault="007265A6">
            <w:pPr>
              <w:autoSpaceDE w:val="0"/>
              <w:autoSpaceDN w:val="0"/>
              <w:spacing w:before="294" w:after="0" w:line="197" w:lineRule="auto"/>
              <w:ind w:left="104"/>
            </w:pPr>
            <w:r>
              <w:rPr>
                <w:rFonts w:ascii="Calibri" w:eastAsia="Calibri" w:hAnsi="Calibri"/>
                <w:color w:val="000000"/>
                <w:sz w:val="20"/>
              </w:rPr>
              <w:t xml:space="preserve">Liczba dzieci w rodzinie -  ………….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74CCF" w:rsidRDefault="00874CCF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:rsidR="00874CCF" w:rsidRDefault="00874CCF"/>
        </w:tc>
      </w:tr>
      <w:tr w:rsidR="00874CCF">
        <w:trPr>
          <w:trHeight w:hRule="exact" w:val="3178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:rsidR="00874CCF" w:rsidRDefault="007265A6">
            <w:pPr>
              <w:autoSpaceDE w:val="0"/>
              <w:autoSpaceDN w:val="0"/>
              <w:spacing w:before="286" w:after="0" w:line="194" w:lineRule="auto"/>
              <w:ind w:left="104"/>
            </w:pPr>
            <w:r>
              <w:rPr>
                <w:rFonts w:ascii="Calibri" w:eastAsia="Calibri" w:hAnsi="Calibri"/>
                <w:color w:val="000000"/>
                <w:sz w:val="20"/>
              </w:rPr>
              <w:t xml:space="preserve">Rodzeństwo  /proszę podać imiona,  rok urodzenia/ </w:t>
            </w:r>
          </w:p>
          <w:p w:rsidR="00874CCF" w:rsidRDefault="007265A6">
            <w:pPr>
              <w:autoSpaceDE w:val="0"/>
              <w:autoSpaceDN w:val="0"/>
              <w:spacing w:before="334" w:after="0" w:line="358" w:lineRule="auto"/>
              <w:ind w:left="104" w:right="1638"/>
              <w:jc w:val="both"/>
            </w:pPr>
            <w:r>
              <w:rPr>
                <w:rFonts w:ascii="Calibri" w:eastAsia="Calibri" w:hAnsi="Calibri"/>
                <w:color w:val="000000"/>
                <w:sz w:val="20"/>
              </w:rPr>
              <w:t xml:space="preserve">1……………………………………………………………………………. 2……………………………………………………………………………. 3……………………………………………………………………………. 4……………………………………………………………………………. 5……………………………………………………………………………. 6……………………………………………………………………………. </w:t>
            </w:r>
          </w:p>
        </w:tc>
        <w:tc>
          <w:tcPr>
            <w:tcW w:w="1700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74CCF" w:rsidRDefault="00874CCF"/>
        </w:tc>
      </w:tr>
    </w:tbl>
    <w:p w:rsidR="00874CCF" w:rsidRDefault="00874CCF">
      <w:pPr>
        <w:autoSpaceDE w:val="0"/>
        <w:autoSpaceDN w:val="0"/>
        <w:spacing w:after="0" w:line="366" w:lineRule="exact"/>
      </w:pPr>
    </w:p>
    <w:tbl>
      <w:tblPr>
        <w:tblW w:w="0" w:type="auto"/>
        <w:tblInd w:w="80" w:type="dxa"/>
        <w:tblLayout w:type="fixed"/>
        <w:tblLook w:val="04A0" w:firstRow="1" w:lastRow="0" w:firstColumn="1" w:lastColumn="0" w:noHBand="0" w:noVBand="1"/>
      </w:tblPr>
      <w:tblGrid>
        <w:gridCol w:w="420"/>
        <w:gridCol w:w="8800"/>
      </w:tblGrid>
      <w:tr w:rsidR="00874CCF">
        <w:trPr>
          <w:trHeight w:hRule="exact" w:val="302"/>
        </w:trPr>
        <w:tc>
          <w:tcPr>
            <w:tcW w:w="420" w:type="dxa"/>
            <w:tcMar>
              <w:left w:w="0" w:type="dxa"/>
              <w:right w:w="0" w:type="dxa"/>
            </w:tcMar>
          </w:tcPr>
          <w:p w:rsidR="00874CCF" w:rsidRDefault="007265A6">
            <w:pPr>
              <w:autoSpaceDE w:val="0"/>
              <w:autoSpaceDN w:val="0"/>
              <w:spacing w:before="60" w:after="0" w:line="222" w:lineRule="exact"/>
              <w:jc w:val="center"/>
            </w:pPr>
            <w:r>
              <w:rPr>
                <w:rFonts w:ascii="Times New Roman,Bold" w:eastAsia="Times New Roman,Bold" w:hAnsi="Times New Roman,Bold"/>
                <w:b/>
                <w:color w:val="000000"/>
                <w:sz w:val="16"/>
              </w:rPr>
              <w:t>IX.</w:t>
            </w:r>
          </w:p>
        </w:tc>
        <w:tc>
          <w:tcPr>
            <w:tcW w:w="8800" w:type="dxa"/>
            <w:tcMar>
              <w:left w:w="0" w:type="dxa"/>
              <w:right w:w="0" w:type="dxa"/>
            </w:tcMar>
          </w:tcPr>
          <w:p w:rsidR="00874CCF" w:rsidRDefault="007265A6">
            <w:pPr>
              <w:autoSpaceDE w:val="0"/>
              <w:autoSpaceDN w:val="0"/>
              <w:spacing w:before="78" w:after="0" w:line="194" w:lineRule="auto"/>
              <w:ind w:left="134"/>
            </w:pPr>
            <w:r>
              <w:rPr>
                <w:rFonts w:ascii="Calibri" w:eastAsia="Calibri" w:hAnsi="Calibri"/>
                <w:b/>
                <w:color w:val="000000"/>
                <w:sz w:val="20"/>
              </w:rPr>
              <w:t xml:space="preserve">DODATKOWE WAŻNE INFORMACJE O DZIECKU -  istotne w sprawowaniu opieki (np. stałe choroby, </w:t>
            </w:r>
          </w:p>
        </w:tc>
      </w:tr>
    </w:tbl>
    <w:p w:rsidR="00874CCF" w:rsidRDefault="007265A6">
      <w:pPr>
        <w:autoSpaceDE w:val="0"/>
        <w:autoSpaceDN w:val="0"/>
        <w:spacing w:before="18" w:after="0" w:line="197" w:lineRule="auto"/>
        <w:ind w:left="634"/>
      </w:pPr>
      <w:r>
        <w:rPr>
          <w:rFonts w:ascii="Calibri" w:eastAsia="Calibri" w:hAnsi="Calibri"/>
          <w:b/>
          <w:color w:val="000000"/>
          <w:sz w:val="20"/>
        </w:rPr>
        <w:t xml:space="preserve">wady rozwojowe, alergie itp.) </w:t>
      </w:r>
    </w:p>
    <w:p w:rsidR="00874CCF" w:rsidRDefault="007265A6">
      <w:pPr>
        <w:autoSpaceDE w:val="0"/>
        <w:autoSpaceDN w:val="0"/>
        <w:spacing w:before="780" w:after="0" w:line="194" w:lineRule="auto"/>
      </w:pPr>
      <w:r>
        <w:rPr>
          <w:rFonts w:ascii="Calibri" w:eastAsia="Calibri" w:hAnsi="Calibri"/>
          <w:color w:val="000000"/>
          <w:sz w:val="20"/>
        </w:rPr>
        <w:t xml:space="preserve">……………………………..................................................................................................................................................... </w:t>
      </w:r>
    </w:p>
    <w:p w:rsidR="00874CCF" w:rsidRDefault="007265A6">
      <w:pPr>
        <w:autoSpaceDE w:val="0"/>
        <w:autoSpaceDN w:val="0"/>
        <w:spacing w:before="646" w:after="0" w:line="197" w:lineRule="auto"/>
      </w:pPr>
      <w:r>
        <w:rPr>
          <w:rFonts w:ascii="Calibri" w:eastAsia="Calibri" w:hAnsi="Calibri"/>
          <w:color w:val="000000"/>
          <w:sz w:val="20"/>
        </w:rPr>
        <w:t xml:space="preserve">…………………………………………………………………………………………………………………………………………………….......................... </w:t>
      </w:r>
    </w:p>
    <w:p w:rsidR="00874CCF" w:rsidRDefault="007265A6">
      <w:pPr>
        <w:autoSpaceDE w:val="0"/>
        <w:autoSpaceDN w:val="0"/>
        <w:spacing w:before="516" w:after="0" w:line="194" w:lineRule="auto"/>
      </w:pPr>
      <w:r>
        <w:rPr>
          <w:rFonts w:ascii="Calibri" w:eastAsia="Calibri" w:hAnsi="Calibri"/>
          <w:color w:val="000000"/>
          <w:sz w:val="20"/>
        </w:rPr>
        <w:t xml:space="preserve">……………………………………………………………………………………………………………………………………………………………………………. </w:t>
      </w:r>
    </w:p>
    <w:p w:rsidR="00874CCF" w:rsidRDefault="007265A6">
      <w:pPr>
        <w:tabs>
          <w:tab w:val="left" w:pos="6470"/>
        </w:tabs>
        <w:autoSpaceDE w:val="0"/>
        <w:autoSpaceDN w:val="0"/>
        <w:spacing w:before="778" w:after="0" w:line="197" w:lineRule="auto"/>
        <w:ind w:left="816"/>
      </w:pPr>
      <w:r>
        <w:rPr>
          <w:rFonts w:ascii="Calibri" w:eastAsia="Calibri" w:hAnsi="Calibri"/>
          <w:color w:val="000000"/>
          <w:sz w:val="20"/>
        </w:rPr>
        <w:t xml:space="preserve">…………………………. </w:t>
      </w:r>
      <w:r>
        <w:tab/>
      </w:r>
      <w:r>
        <w:rPr>
          <w:rFonts w:ascii="Calibri" w:eastAsia="Calibri" w:hAnsi="Calibri"/>
          <w:color w:val="000000"/>
          <w:sz w:val="20"/>
        </w:rPr>
        <w:t xml:space="preserve">……………………………………………. </w:t>
      </w:r>
    </w:p>
    <w:p w:rsidR="00874CCF" w:rsidRDefault="007265A6">
      <w:pPr>
        <w:tabs>
          <w:tab w:val="left" w:pos="6696"/>
        </w:tabs>
        <w:autoSpaceDE w:val="0"/>
        <w:autoSpaceDN w:val="0"/>
        <w:spacing w:before="72" w:after="0" w:line="197" w:lineRule="auto"/>
        <w:ind w:left="816"/>
      </w:pPr>
      <w:r>
        <w:rPr>
          <w:rFonts w:ascii="Calibri" w:eastAsia="Calibri" w:hAnsi="Calibri"/>
          <w:color w:val="000000"/>
          <w:sz w:val="16"/>
        </w:rPr>
        <w:t xml:space="preserve">(miejscowość i data) </w:t>
      </w:r>
      <w:r>
        <w:tab/>
      </w:r>
      <w:r>
        <w:rPr>
          <w:rFonts w:ascii="Calibri" w:eastAsia="Calibri" w:hAnsi="Calibri"/>
          <w:color w:val="000000"/>
          <w:sz w:val="16"/>
        </w:rPr>
        <w:t xml:space="preserve">(podpis rodziców) </w:t>
      </w:r>
    </w:p>
    <w:p w:rsidR="00874CCF" w:rsidRDefault="00874CCF">
      <w:pPr>
        <w:sectPr w:rsidR="00874CCF">
          <w:pgSz w:w="11911" w:h="16841"/>
          <w:pgMar w:top="800" w:right="1440" w:bottom="456" w:left="720" w:header="720" w:footer="720" w:gutter="0"/>
          <w:cols w:space="720" w:equalWidth="0">
            <w:col w:w="9752" w:space="0"/>
          </w:cols>
          <w:docGrid w:linePitch="360"/>
        </w:sectPr>
      </w:pPr>
    </w:p>
    <w:p w:rsidR="00874CCF" w:rsidRDefault="00874CCF">
      <w:pPr>
        <w:autoSpaceDE w:val="0"/>
        <w:autoSpaceDN w:val="0"/>
        <w:spacing w:after="266" w:line="220" w:lineRule="exact"/>
      </w:pPr>
    </w:p>
    <w:p w:rsidR="00874CCF" w:rsidRDefault="007265A6">
      <w:pPr>
        <w:autoSpaceDE w:val="0"/>
        <w:autoSpaceDN w:val="0"/>
        <w:spacing w:after="0" w:line="245" w:lineRule="auto"/>
        <w:ind w:firstLine="112"/>
      </w:pPr>
      <w:r>
        <w:rPr>
          <w:rFonts w:ascii="Calibri" w:eastAsia="Calibri" w:hAnsi="Calibri"/>
          <w:color w:val="000000"/>
          <w:sz w:val="24"/>
        </w:rPr>
        <w:t xml:space="preserve"> Oświadczam, że zapoznałam/em się z </w:t>
      </w:r>
      <w:r>
        <w:rPr>
          <w:rFonts w:ascii="Calibri" w:eastAsia="Calibri" w:hAnsi="Calibri"/>
          <w:b/>
          <w:color w:val="000000"/>
          <w:sz w:val="24"/>
        </w:rPr>
        <w:t xml:space="preserve">Klauzulą informacyjną o przetwarzaniu danych osobowych dla rodziców / opiekunów prawnych i uczniów w Zespole Szkół i Placówek Oświatowych w Lubiniu. </w:t>
      </w:r>
      <w:r>
        <w:rPr>
          <w:rFonts w:ascii="Calibri" w:eastAsia="Calibri" w:hAnsi="Calibri"/>
          <w:color w:val="000000"/>
          <w:sz w:val="24"/>
        </w:rPr>
        <w:t xml:space="preserve">Klauzula zamieszczona jest w REGULAMINIE REKRUTACJI DZIECI DO PRZEDSZKOLA SAMORZĄDOWEGO W LUBINIU I PRZEDSZRZEDSZKOLA SAMORZĄDOWEGO W BIELEWIE oraz na stronie internetowej szkoły </w:t>
      </w:r>
      <w:r>
        <w:br/>
      </w:r>
      <w:hyperlink r:id="rId6" w:history="1">
        <w:r>
          <w:rPr>
            <w:rFonts w:ascii="Times New Roman" w:eastAsia="Times New Roman" w:hAnsi="Times New Roman"/>
            <w:color w:val="0000FF"/>
            <w:sz w:val="24"/>
            <w:u w:val="single"/>
          </w:rPr>
          <w:t>www.zslubin.edu.pl</w:t>
        </w:r>
      </w:hyperlink>
      <w:r>
        <w:rPr>
          <w:rFonts w:ascii="Times New Roman" w:eastAsia="Times New Roman" w:hAnsi="Times New Roman"/>
          <w:color w:val="000000"/>
          <w:sz w:val="24"/>
        </w:rPr>
        <w:t xml:space="preserve"> – Ochrona danych osobowych.</w:t>
      </w:r>
    </w:p>
    <w:p w:rsidR="00874CCF" w:rsidRDefault="007265A6">
      <w:pPr>
        <w:tabs>
          <w:tab w:val="left" w:pos="7728"/>
        </w:tabs>
        <w:autoSpaceDE w:val="0"/>
        <w:autoSpaceDN w:val="0"/>
        <w:spacing w:before="804" w:after="0" w:line="245" w:lineRule="auto"/>
        <w:ind w:left="920" w:right="1008"/>
      </w:pPr>
      <w:r>
        <w:rPr>
          <w:rFonts w:ascii="Calibri" w:eastAsia="Calibri" w:hAnsi="Calibri"/>
          <w:color w:val="000000"/>
          <w:sz w:val="20"/>
        </w:rPr>
        <w:t xml:space="preserve">………………………….                                       ……………………………………………          ……………………………………………. </w:t>
      </w:r>
      <w:r>
        <w:rPr>
          <w:rFonts w:ascii="Calibri" w:eastAsia="Calibri" w:hAnsi="Calibri"/>
          <w:color w:val="000000"/>
          <w:sz w:val="16"/>
        </w:rPr>
        <w:t xml:space="preserve">(miejscowość i data)                                                                           (podpis matki) </w:t>
      </w:r>
      <w:r>
        <w:tab/>
      </w:r>
      <w:r>
        <w:rPr>
          <w:rFonts w:ascii="Calibri" w:eastAsia="Calibri" w:hAnsi="Calibri"/>
          <w:color w:val="000000"/>
          <w:sz w:val="16"/>
        </w:rPr>
        <w:t xml:space="preserve"> (podpis ojca)</w:t>
      </w:r>
    </w:p>
    <w:p w:rsidR="00874CCF" w:rsidRDefault="00874CCF">
      <w:pPr>
        <w:sectPr w:rsidR="00874CCF">
          <w:pgSz w:w="11911" w:h="16841"/>
          <w:pgMar w:top="486" w:right="858" w:bottom="1440" w:left="616" w:header="720" w:footer="720" w:gutter="0"/>
          <w:cols w:space="720" w:equalWidth="0">
            <w:col w:w="10438" w:space="0"/>
          </w:cols>
          <w:docGrid w:linePitch="360"/>
        </w:sectPr>
      </w:pPr>
    </w:p>
    <w:p w:rsidR="007265A6" w:rsidRDefault="007265A6"/>
    <w:sectPr w:rsidR="007265A6" w:rsidSect="00034616">
      <w:pgSz w:w="11911" w:h="16841"/>
      <w:pgMar w:top="1440" w:right="1440" w:bottom="1440" w:left="1440" w:header="720" w:footer="720" w:gutter="0"/>
      <w:cols w:space="720" w:equalWidth="0">
        <w:col w:w="10438" w:space="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Times New Roman,Bold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14DE1"/>
    <w:rsid w:val="00034616"/>
    <w:rsid w:val="0006063C"/>
    <w:rsid w:val="001044B3"/>
    <w:rsid w:val="0015074B"/>
    <w:rsid w:val="0029639D"/>
    <w:rsid w:val="003102C9"/>
    <w:rsid w:val="00326F90"/>
    <w:rsid w:val="003E4E7A"/>
    <w:rsid w:val="007265A6"/>
    <w:rsid w:val="00874CCF"/>
    <w:rsid w:val="00AA1D8D"/>
    <w:rsid w:val="00B47730"/>
    <w:rsid w:val="00CB0664"/>
    <w:rsid w:val="00D56CFB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F224822"/>
  <w14:defaultImageDpi w14:val="300"/>
  <w15:docId w15:val="{F66422A6-B62E-4A70-A2C2-4E915F596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C693F"/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slubin.edu.pl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3B594C1-C078-4D60-980F-7B11BE461E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692</Words>
  <Characters>4153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4836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Admin</cp:lastModifiedBy>
  <cp:revision>8</cp:revision>
  <dcterms:created xsi:type="dcterms:W3CDTF">2013-12-23T23:15:00Z</dcterms:created>
  <dcterms:modified xsi:type="dcterms:W3CDTF">2026-02-04T15:25:00Z</dcterms:modified>
  <cp:category/>
</cp:coreProperties>
</file>