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F46" w:rsidRDefault="00A06F46">
      <w:pPr>
        <w:autoSpaceDE w:val="0"/>
        <w:autoSpaceDN w:val="0"/>
        <w:spacing w:after="586" w:line="220" w:lineRule="exact"/>
      </w:pPr>
    </w:p>
    <w:p w:rsidR="00A06F46" w:rsidRDefault="004C56FE">
      <w:pPr>
        <w:tabs>
          <w:tab w:val="left" w:pos="6860"/>
          <w:tab w:val="left" w:pos="6910"/>
          <w:tab w:val="left" w:pos="6950"/>
        </w:tabs>
        <w:autoSpaceDE w:val="0"/>
        <w:autoSpaceDN w:val="0"/>
        <w:spacing w:after="0" w:line="245" w:lineRule="auto"/>
        <w:ind w:left="6586" w:right="576"/>
      </w:pP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Załącznik  nr  3 do Regulaminu                           </w:t>
      </w:r>
      <w:r>
        <w:br/>
      </w: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Rekrutacji  do klasy pierwszej Szkoły                   </w:t>
      </w:r>
      <w:r>
        <w:br/>
      </w:r>
      <w:r>
        <w:rPr>
          <w:rFonts w:ascii="Calibri" w:eastAsia="Calibri" w:hAnsi="Calibri"/>
          <w:i/>
          <w:color w:val="000000"/>
          <w:sz w:val="16"/>
        </w:rPr>
        <w:t xml:space="preserve"> Podstawowej im. Adama Mickiewicza  </w:t>
      </w:r>
      <w:r>
        <w:br/>
      </w:r>
      <w:r>
        <w:tab/>
      </w:r>
      <w:r w:rsidR="00386CE9">
        <w:rPr>
          <w:rFonts w:ascii="Calibri" w:eastAsia="Calibri" w:hAnsi="Calibri"/>
          <w:i/>
          <w:color w:val="000000"/>
          <w:sz w:val="16"/>
        </w:rPr>
        <w:t xml:space="preserve"> w </w:t>
      </w:r>
      <w:proofErr w:type="spellStart"/>
      <w:r w:rsidR="00386CE9">
        <w:rPr>
          <w:rFonts w:ascii="Calibri" w:eastAsia="Calibri" w:hAnsi="Calibri"/>
          <w:i/>
          <w:color w:val="000000"/>
          <w:sz w:val="16"/>
        </w:rPr>
        <w:t>Lubiniu</w:t>
      </w:r>
      <w:proofErr w:type="spellEnd"/>
      <w:r w:rsidR="00386CE9"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 w:rsidR="00386CE9">
        <w:rPr>
          <w:rFonts w:ascii="Calibri" w:eastAsia="Calibri" w:hAnsi="Calibri"/>
          <w:i/>
          <w:color w:val="000000"/>
          <w:sz w:val="16"/>
        </w:rPr>
        <w:t>Rok</w:t>
      </w:r>
      <w:proofErr w:type="spellEnd"/>
      <w:r w:rsidR="00386CE9"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 w:rsidR="00386CE9">
        <w:rPr>
          <w:rFonts w:ascii="Calibri" w:eastAsia="Calibri" w:hAnsi="Calibri"/>
          <w:i/>
          <w:color w:val="000000"/>
          <w:sz w:val="16"/>
        </w:rPr>
        <w:t>szkolny</w:t>
      </w:r>
      <w:proofErr w:type="spellEnd"/>
      <w:r w:rsidR="00386CE9">
        <w:rPr>
          <w:rFonts w:ascii="Calibri" w:eastAsia="Calibri" w:hAnsi="Calibri"/>
          <w:i/>
          <w:color w:val="000000"/>
          <w:sz w:val="16"/>
        </w:rPr>
        <w:t xml:space="preserve"> 2026/2027</w:t>
      </w:r>
      <w:r>
        <w:rPr>
          <w:rFonts w:ascii="Calibri" w:eastAsia="Calibri" w:hAnsi="Calibri"/>
          <w:i/>
          <w:color w:val="000000"/>
          <w:sz w:val="16"/>
        </w:rPr>
        <w:t xml:space="preserve"> </w:t>
      </w:r>
    </w:p>
    <w:p w:rsidR="00A06F46" w:rsidRDefault="004C56FE">
      <w:pPr>
        <w:autoSpaceDE w:val="0"/>
        <w:autoSpaceDN w:val="0"/>
        <w:spacing w:before="74" w:after="0" w:line="197" w:lineRule="auto"/>
        <w:ind w:right="1468"/>
        <w:jc w:val="right"/>
      </w:pPr>
      <w:r>
        <w:rPr>
          <w:rFonts w:ascii="Calibri" w:eastAsia="Calibri" w:hAnsi="Calibri"/>
          <w:color w:val="000000"/>
          <w:sz w:val="24"/>
        </w:rPr>
        <w:t xml:space="preserve">. . . . . . . . . . . . . . . .   dnia . . . . . . . . . . </w:t>
      </w:r>
    </w:p>
    <w:p w:rsidR="00A06F46" w:rsidRDefault="004C56FE">
      <w:pPr>
        <w:tabs>
          <w:tab w:val="left" w:pos="6828"/>
        </w:tabs>
        <w:autoSpaceDE w:val="0"/>
        <w:autoSpaceDN w:val="0"/>
        <w:spacing w:before="42" w:after="0" w:line="245" w:lineRule="auto"/>
        <w:ind w:left="116" w:right="2016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(miejscowość, data) (Nazwisko i imiona matki dziecka) </w:t>
      </w:r>
    </w:p>
    <w:p w:rsidR="00A06F46" w:rsidRDefault="004C56FE">
      <w:pPr>
        <w:autoSpaceDE w:val="0"/>
        <w:autoSpaceDN w:val="0"/>
        <w:spacing w:before="290" w:after="0" w:line="245" w:lineRule="auto"/>
        <w:ind w:left="116" w:right="7056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(adres zamieszkania matki dziecka) </w:t>
      </w:r>
    </w:p>
    <w:p w:rsidR="00A06F46" w:rsidRDefault="004C56FE">
      <w:pPr>
        <w:autoSpaceDE w:val="0"/>
        <w:autoSpaceDN w:val="0"/>
        <w:spacing w:before="300" w:after="0" w:line="194" w:lineRule="auto"/>
        <w:ind w:left="116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</w:p>
    <w:p w:rsidR="00A06F46" w:rsidRDefault="004C56FE">
      <w:pPr>
        <w:tabs>
          <w:tab w:val="left" w:pos="1750"/>
        </w:tabs>
        <w:autoSpaceDE w:val="0"/>
        <w:autoSpaceDN w:val="0"/>
        <w:spacing w:before="46" w:after="0" w:line="245" w:lineRule="auto"/>
        <w:ind w:left="116" w:right="7056"/>
      </w:pPr>
      <w:r>
        <w:tab/>
      </w:r>
      <w:r>
        <w:rPr>
          <w:rFonts w:ascii="Calibri" w:eastAsia="Calibri" w:hAnsi="Calibri"/>
          <w:color w:val="000000"/>
          <w:sz w:val="20"/>
        </w:rPr>
        <w:t xml:space="preserve">(telefon kontaktowy)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</w:p>
    <w:p w:rsidR="00A06F46" w:rsidRDefault="004C56FE">
      <w:pPr>
        <w:autoSpaceDE w:val="0"/>
        <w:autoSpaceDN w:val="0"/>
        <w:spacing w:before="44" w:after="0" w:line="197" w:lineRule="auto"/>
        <w:ind w:left="116"/>
      </w:pPr>
      <w:r>
        <w:rPr>
          <w:rFonts w:ascii="Calibri" w:eastAsia="Calibri" w:hAnsi="Calibri"/>
          <w:color w:val="000000"/>
          <w:sz w:val="20"/>
        </w:rPr>
        <w:t xml:space="preserve">(Nazwisko i imiona ojca dziecka) </w:t>
      </w:r>
    </w:p>
    <w:p w:rsidR="00A06F46" w:rsidRDefault="004C56FE">
      <w:pPr>
        <w:autoSpaceDE w:val="0"/>
        <w:autoSpaceDN w:val="0"/>
        <w:spacing w:before="136" w:after="0" w:line="245" w:lineRule="auto"/>
        <w:ind w:left="116" w:right="7056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.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(adres zamieszkania ojca dziecka) </w:t>
      </w:r>
    </w:p>
    <w:p w:rsidR="00A06F46" w:rsidRDefault="004C56FE">
      <w:pPr>
        <w:tabs>
          <w:tab w:val="left" w:pos="1828"/>
        </w:tabs>
        <w:autoSpaceDE w:val="0"/>
        <w:autoSpaceDN w:val="0"/>
        <w:spacing w:before="290" w:after="0" w:line="245" w:lineRule="auto"/>
        <w:ind w:left="116" w:right="6912"/>
      </w:pPr>
      <w:r>
        <w:rPr>
          <w:rFonts w:ascii="Calibri" w:eastAsia="Calibri" w:hAnsi="Calibri"/>
          <w:color w:val="000000"/>
          <w:sz w:val="20"/>
        </w:rPr>
        <w:t xml:space="preserve">. . . . . . . . . . . . . . . . . . . . . . . . . . . . . . . . . . . </w:t>
      </w:r>
      <w:r>
        <w:br/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(telefon kontaktowy) </w:t>
      </w:r>
    </w:p>
    <w:p w:rsidR="00A06F46" w:rsidRDefault="004C56FE">
      <w:pPr>
        <w:autoSpaceDE w:val="0"/>
        <w:autoSpaceDN w:val="0"/>
        <w:spacing w:before="70" w:after="0" w:line="185" w:lineRule="auto"/>
        <w:ind w:right="3414"/>
        <w:jc w:val="right"/>
      </w:pPr>
      <w:r>
        <w:rPr>
          <w:rFonts w:ascii="Calibri" w:eastAsia="Calibri" w:hAnsi="Calibri"/>
          <w:b/>
          <w:color w:val="000000"/>
          <w:sz w:val="34"/>
        </w:rPr>
        <w:t xml:space="preserve">Dyrektor </w:t>
      </w:r>
    </w:p>
    <w:p w:rsidR="00A06F46" w:rsidRDefault="004C56FE">
      <w:pPr>
        <w:autoSpaceDE w:val="0"/>
        <w:autoSpaceDN w:val="0"/>
        <w:spacing w:before="72" w:after="0" w:line="185" w:lineRule="auto"/>
        <w:ind w:right="1118"/>
        <w:jc w:val="right"/>
      </w:pPr>
      <w:r>
        <w:rPr>
          <w:rFonts w:ascii="Calibri" w:eastAsia="Calibri" w:hAnsi="Calibri"/>
          <w:b/>
          <w:color w:val="000000"/>
          <w:sz w:val="34"/>
        </w:rPr>
        <w:t xml:space="preserve"> Zespołu Szkół i Placówek Oświatowych  </w:t>
      </w:r>
    </w:p>
    <w:p w:rsidR="00A06F46" w:rsidRDefault="004C56FE">
      <w:pPr>
        <w:autoSpaceDE w:val="0"/>
        <w:autoSpaceDN w:val="0"/>
        <w:spacing w:before="72" w:after="0" w:line="182" w:lineRule="auto"/>
        <w:ind w:right="3408"/>
        <w:jc w:val="right"/>
      </w:pPr>
      <w:r>
        <w:rPr>
          <w:rFonts w:ascii="Calibri" w:eastAsia="Calibri" w:hAnsi="Calibri"/>
          <w:b/>
          <w:color w:val="000000"/>
          <w:sz w:val="34"/>
        </w:rPr>
        <w:t xml:space="preserve"> w Lubiniu </w:t>
      </w:r>
    </w:p>
    <w:p w:rsidR="00A06F46" w:rsidRDefault="004C56FE">
      <w:pPr>
        <w:tabs>
          <w:tab w:val="left" w:pos="4268"/>
        </w:tabs>
        <w:autoSpaceDE w:val="0"/>
        <w:autoSpaceDN w:val="0"/>
        <w:spacing w:before="748" w:after="0" w:line="245" w:lineRule="auto"/>
        <w:ind w:left="1340" w:right="2448"/>
      </w:pPr>
      <w:r>
        <w:tab/>
      </w:r>
      <w:r>
        <w:rPr>
          <w:rFonts w:ascii="Calibri" w:eastAsia="Calibri" w:hAnsi="Calibri"/>
          <w:b/>
          <w:color w:val="000000"/>
          <w:w w:val="101"/>
          <w:sz w:val="24"/>
        </w:rPr>
        <w:t xml:space="preserve">OŚWIADCZENIE WOLI </w:t>
      </w:r>
      <w:r>
        <w:br/>
      </w:r>
      <w:proofErr w:type="spellStart"/>
      <w:r>
        <w:rPr>
          <w:rFonts w:ascii="Calibri" w:eastAsia="Calibri" w:hAnsi="Calibri"/>
          <w:b/>
          <w:color w:val="000000"/>
          <w:w w:val="101"/>
          <w:sz w:val="24"/>
        </w:rPr>
        <w:t>przyjęcia</w:t>
      </w:r>
      <w:proofErr w:type="spellEnd"/>
      <w:r>
        <w:rPr>
          <w:rFonts w:ascii="Calibri" w:eastAsia="Calibri" w:hAnsi="Calibri"/>
          <w:b/>
          <w:color w:val="000000"/>
          <w:w w:val="101"/>
          <w:sz w:val="24"/>
        </w:rPr>
        <w:t xml:space="preserve"> </w:t>
      </w:r>
      <w:proofErr w:type="spellStart"/>
      <w:r>
        <w:rPr>
          <w:rFonts w:ascii="Calibri" w:eastAsia="Calibri" w:hAnsi="Calibri"/>
          <w:b/>
          <w:color w:val="000000"/>
          <w:w w:val="101"/>
          <w:sz w:val="24"/>
        </w:rPr>
        <w:t>dziecka</w:t>
      </w:r>
      <w:proofErr w:type="spellEnd"/>
      <w:r>
        <w:rPr>
          <w:rFonts w:ascii="Calibri" w:eastAsia="Calibri" w:hAnsi="Calibri"/>
          <w:b/>
          <w:color w:val="000000"/>
          <w:w w:val="101"/>
          <w:sz w:val="24"/>
        </w:rPr>
        <w:t xml:space="preserve"> do </w:t>
      </w:r>
      <w:proofErr w:type="spellStart"/>
      <w:r>
        <w:rPr>
          <w:rFonts w:ascii="Calibri" w:eastAsia="Calibri" w:hAnsi="Calibri"/>
          <w:b/>
          <w:color w:val="000000"/>
          <w:w w:val="101"/>
          <w:sz w:val="24"/>
        </w:rPr>
        <w:t>klasy</w:t>
      </w:r>
      <w:proofErr w:type="spellEnd"/>
      <w:r>
        <w:rPr>
          <w:rFonts w:ascii="Calibri" w:eastAsia="Calibri" w:hAnsi="Calibri"/>
          <w:b/>
          <w:color w:val="000000"/>
          <w:w w:val="101"/>
          <w:sz w:val="24"/>
        </w:rPr>
        <w:t xml:space="preserve"> </w:t>
      </w:r>
      <w:proofErr w:type="spellStart"/>
      <w:r>
        <w:rPr>
          <w:rFonts w:ascii="Calibri" w:eastAsia="Calibri" w:hAnsi="Calibri"/>
          <w:b/>
          <w:color w:val="000000"/>
          <w:w w:val="101"/>
          <w:sz w:val="24"/>
        </w:rPr>
        <w:t>pierwszej</w:t>
      </w:r>
      <w:proofErr w:type="spellEnd"/>
      <w:r>
        <w:rPr>
          <w:rFonts w:ascii="Calibri" w:eastAsia="Calibri" w:hAnsi="Calibri"/>
          <w:b/>
          <w:color w:val="000000"/>
          <w:w w:val="101"/>
          <w:sz w:val="24"/>
        </w:rPr>
        <w:t xml:space="preserve"> w </w:t>
      </w:r>
      <w:proofErr w:type="spellStart"/>
      <w:r>
        <w:rPr>
          <w:rFonts w:ascii="Calibri" w:eastAsia="Calibri" w:hAnsi="Calibri"/>
          <w:b/>
          <w:color w:val="000000"/>
          <w:w w:val="101"/>
          <w:sz w:val="24"/>
        </w:rPr>
        <w:t>roku</w:t>
      </w:r>
      <w:proofErr w:type="spellEnd"/>
      <w:r>
        <w:rPr>
          <w:rFonts w:ascii="Calibri" w:eastAsia="Calibri" w:hAnsi="Calibri"/>
          <w:b/>
          <w:color w:val="000000"/>
          <w:w w:val="101"/>
          <w:sz w:val="24"/>
        </w:rPr>
        <w:t xml:space="preserve"> </w:t>
      </w:r>
      <w:proofErr w:type="spellStart"/>
      <w:r w:rsidR="00386CE9">
        <w:rPr>
          <w:rFonts w:ascii="Calibri" w:eastAsia="Calibri" w:hAnsi="Calibri"/>
          <w:b/>
          <w:color w:val="000000"/>
          <w:w w:val="101"/>
          <w:sz w:val="24"/>
        </w:rPr>
        <w:t>szkolnym</w:t>
      </w:r>
      <w:proofErr w:type="spellEnd"/>
      <w:r w:rsidR="00386CE9">
        <w:rPr>
          <w:rFonts w:ascii="Calibri" w:eastAsia="Calibri" w:hAnsi="Calibri"/>
          <w:b/>
          <w:color w:val="000000"/>
          <w:w w:val="101"/>
          <w:sz w:val="24"/>
        </w:rPr>
        <w:t xml:space="preserve"> 2026/2027</w:t>
      </w:r>
    </w:p>
    <w:p w:rsidR="00A06F46" w:rsidRDefault="004C56FE">
      <w:pPr>
        <w:autoSpaceDE w:val="0"/>
        <w:autoSpaceDN w:val="0"/>
        <w:spacing w:before="352" w:after="0" w:line="197" w:lineRule="auto"/>
        <w:ind w:left="116"/>
      </w:pPr>
      <w:r>
        <w:rPr>
          <w:rFonts w:ascii="Calibri" w:eastAsia="Calibri" w:hAnsi="Calibri"/>
          <w:color w:val="000000"/>
          <w:sz w:val="24"/>
        </w:rPr>
        <w:t xml:space="preserve">W związku z umieszczeniem mojego/naszego** dziecka: </w:t>
      </w:r>
    </w:p>
    <w:p w:rsidR="00A06F46" w:rsidRDefault="004C56FE">
      <w:pPr>
        <w:autoSpaceDE w:val="0"/>
        <w:autoSpaceDN w:val="0"/>
        <w:spacing w:before="346" w:after="0" w:line="197" w:lineRule="auto"/>
        <w:ind w:left="116"/>
      </w:pPr>
      <w:r>
        <w:rPr>
          <w:rFonts w:ascii="Calibri" w:eastAsia="Calibri" w:hAnsi="Calibri"/>
          <w:i/>
          <w:color w:val="000000"/>
          <w:sz w:val="24"/>
        </w:rPr>
        <w:t xml:space="preserve">Imię i nazwisko dziecka. . . . . . . . . . . . . . . . . . . . . . . . . . . . . . . . . . . . . . . . . . . . . . . . . . . . . . PESEL  . . . . . . . . . </w:t>
      </w:r>
    </w:p>
    <w:p w:rsidR="00A06F46" w:rsidRDefault="004C56FE">
      <w:pPr>
        <w:autoSpaceDE w:val="0"/>
        <w:autoSpaceDN w:val="0"/>
        <w:spacing w:before="346" w:after="0" w:line="197" w:lineRule="auto"/>
        <w:ind w:left="116"/>
      </w:pPr>
      <w:r>
        <w:rPr>
          <w:rFonts w:ascii="Calibri" w:eastAsia="Calibri" w:hAnsi="Calibri"/>
          <w:i/>
          <w:color w:val="000000"/>
          <w:sz w:val="24"/>
        </w:rPr>
        <w:t xml:space="preserve">. . . . . . . . . . . . . . . . . . . . . . . </w:t>
      </w:r>
    </w:p>
    <w:p w:rsidR="00A06F46" w:rsidRDefault="004C56FE">
      <w:pPr>
        <w:autoSpaceDE w:val="0"/>
        <w:autoSpaceDN w:val="0"/>
        <w:spacing w:before="360" w:after="0" w:line="197" w:lineRule="auto"/>
        <w:ind w:left="116"/>
      </w:pPr>
      <w:r>
        <w:rPr>
          <w:rFonts w:ascii="Calibri" w:eastAsia="Calibri" w:hAnsi="Calibri"/>
          <w:i/>
          <w:color w:val="000000"/>
          <w:sz w:val="24"/>
        </w:rPr>
        <w:t xml:space="preserve">(jeśli kandydat nie posiada numeru PESEL, seria i numer paszportu lub innego dokumentu potwierdzającego </w:t>
      </w:r>
    </w:p>
    <w:p w:rsidR="00A06F46" w:rsidRDefault="004C56FE">
      <w:pPr>
        <w:autoSpaceDE w:val="0"/>
        <w:autoSpaceDN w:val="0"/>
        <w:spacing w:before="198" w:after="0" w:line="197" w:lineRule="auto"/>
        <w:ind w:left="116"/>
      </w:pPr>
      <w:r>
        <w:rPr>
          <w:rFonts w:ascii="Calibri" w:eastAsia="Calibri" w:hAnsi="Calibri"/>
          <w:i/>
          <w:color w:val="000000"/>
          <w:sz w:val="24"/>
        </w:rPr>
        <w:t xml:space="preserve">tożsamość . . . . . . . . . . . . . . . . . . . . . . . . . . . . . . . . . . . . . . . . . . . . . . . . . . ) </w:t>
      </w:r>
      <w:r>
        <w:rPr>
          <w:rFonts w:ascii="Calibri" w:eastAsia="Calibri" w:hAnsi="Calibri"/>
          <w:color w:val="000000"/>
          <w:sz w:val="24"/>
        </w:rPr>
        <w:t xml:space="preserve">na liście zakwalifikowanych do </w:t>
      </w:r>
    </w:p>
    <w:p w:rsidR="00A06F46" w:rsidRDefault="004C56FE">
      <w:pPr>
        <w:autoSpaceDE w:val="0"/>
        <w:autoSpaceDN w:val="0"/>
        <w:spacing w:before="200" w:after="0" w:line="197" w:lineRule="auto"/>
        <w:jc w:val="center"/>
      </w:pPr>
      <w:proofErr w:type="spellStart"/>
      <w:r>
        <w:rPr>
          <w:rFonts w:ascii="Calibri" w:eastAsia="Calibri" w:hAnsi="Calibri"/>
          <w:color w:val="000000"/>
          <w:sz w:val="24"/>
        </w:rPr>
        <w:t>pier</w:t>
      </w:r>
      <w:r w:rsidR="00386CE9">
        <w:rPr>
          <w:rFonts w:ascii="Calibri" w:eastAsia="Calibri" w:hAnsi="Calibri"/>
          <w:color w:val="000000"/>
          <w:sz w:val="24"/>
        </w:rPr>
        <w:t>wszej</w:t>
      </w:r>
      <w:proofErr w:type="spellEnd"/>
      <w:r w:rsidR="00386CE9"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 w:rsidR="00386CE9">
        <w:rPr>
          <w:rFonts w:ascii="Calibri" w:eastAsia="Calibri" w:hAnsi="Calibri"/>
          <w:color w:val="000000"/>
          <w:sz w:val="24"/>
        </w:rPr>
        <w:t>klasy</w:t>
      </w:r>
      <w:proofErr w:type="spellEnd"/>
      <w:r w:rsidR="00386CE9">
        <w:rPr>
          <w:rFonts w:ascii="Calibri" w:eastAsia="Calibri" w:hAnsi="Calibri"/>
          <w:color w:val="000000"/>
          <w:sz w:val="24"/>
        </w:rPr>
        <w:t xml:space="preserve"> w </w:t>
      </w:r>
      <w:proofErr w:type="spellStart"/>
      <w:r w:rsidR="00386CE9">
        <w:rPr>
          <w:rFonts w:ascii="Calibri" w:eastAsia="Calibri" w:hAnsi="Calibri"/>
          <w:color w:val="000000"/>
          <w:sz w:val="24"/>
        </w:rPr>
        <w:t>roku</w:t>
      </w:r>
      <w:proofErr w:type="spellEnd"/>
      <w:r w:rsidR="00386CE9"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 w:rsidR="00386CE9">
        <w:rPr>
          <w:rFonts w:ascii="Calibri" w:eastAsia="Calibri" w:hAnsi="Calibri"/>
          <w:color w:val="000000"/>
          <w:sz w:val="24"/>
        </w:rPr>
        <w:t>szkolnym</w:t>
      </w:r>
      <w:proofErr w:type="spellEnd"/>
      <w:r w:rsidR="00386CE9">
        <w:rPr>
          <w:rFonts w:ascii="Calibri" w:eastAsia="Calibri" w:hAnsi="Calibri"/>
          <w:color w:val="000000"/>
          <w:sz w:val="24"/>
        </w:rPr>
        <w:t xml:space="preserve"> 2026/2027</w:t>
      </w:r>
      <w:bookmarkStart w:id="0" w:name="_GoBack"/>
      <w:bookmarkEnd w:id="0"/>
      <w:r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4"/>
        </w:rPr>
        <w:t>oświadczam</w:t>
      </w:r>
      <w:proofErr w:type="spellEnd"/>
      <w:r>
        <w:rPr>
          <w:rFonts w:ascii="Calibri" w:eastAsia="Calibri" w:hAnsi="Calibri"/>
          <w:color w:val="000000"/>
          <w:sz w:val="24"/>
        </w:rPr>
        <w:t>/</w:t>
      </w:r>
      <w:proofErr w:type="spellStart"/>
      <w:r>
        <w:rPr>
          <w:rFonts w:ascii="Calibri" w:eastAsia="Calibri" w:hAnsi="Calibri"/>
          <w:color w:val="000000"/>
          <w:sz w:val="24"/>
        </w:rPr>
        <w:t>oświadczamy</w:t>
      </w:r>
      <w:proofErr w:type="spellEnd"/>
      <w:r>
        <w:rPr>
          <w:rFonts w:ascii="Calibri" w:eastAsia="Calibri" w:hAnsi="Calibri"/>
          <w:color w:val="000000"/>
          <w:sz w:val="24"/>
        </w:rPr>
        <w:t xml:space="preserve"> **, </w:t>
      </w:r>
      <w:proofErr w:type="spellStart"/>
      <w:r>
        <w:rPr>
          <w:rFonts w:ascii="Calibri" w:eastAsia="Calibri" w:hAnsi="Calibri"/>
          <w:color w:val="000000"/>
          <w:sz w:val="24"/>
        </w:rPr>
        <w:t>że</w:t>
      </w:r>
      <w:proofErr w:type="spellEnd"/>
      <w:r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4"/>
        </w:rPr>
        <w:t>wyrażam</w:t>
      </w:r>
      <w:proofErr w:type="spellEnd"/>
      <w:r>
        <w:rPr>
          <w:rFonts w:ascii="Calibri" w:eastAsia="Calibri" w:hAnsi="Calibri"/>
          <w:color w:val="000000"/>
          <w:sz w:val="24"/>
        </w:rPr>
        <w:t>/</w:t>
      </w:r>
      <w:proofErr w:type="spellStart"/>
      <w:r>
        <w:rPr>
          <w:rFonts w:ascii="Calibri" w:eastAsia="Calibri" w:hAnsi="Calibri"/>
          <w:color w:val="000000"/>
          <w:sz w:val="24"/>
        </w:rPr>
        <w:t>wyrażamy</w:t>
      </w:r>
      <w:proofErr w:type="spellEnd"/>
      <w:r>
        <w:rPr>
          <w:rFonts w:ascii="Calibri" w:eastAsia="Calibri" w:hAnsi="Calibri"/>
          <w:color w:val="000000"/>
          <w:sz w:val="24"/>
        </w:rPr>
        <w:t xml:space="preserve"> ** wolę </w:t>
      </w:r>
    </w:p>
    <w:p w:rsidR="00A06F46" w:rsidRDefault="004C56FE">
      <w:pPr>
        <w:autoSpaceDE w:val="0"/>
        <w:autoSpaceDN w:val="0"/>
        <w:spacing w:before="200" w:after="0" w:line="197" w:lineRule="auto"/>
        <w:ind w:left="116"/>
      </w:pPr>
      <w:r>
        <w:rPr>
          <w:rFonts w:ascii="Calibri" w:eastAsia="Calibri" w:hAnsi="Calibri"/>
          <w:color w:val="000000"/>
          <w:sz w:val="24"/>
        </w:rPr>
        <w:t xml:space="preserve">przyjęcia dziecka do </w:t>
      </w:r>
    </w:p>
    <w:p w:rsidR="00A06F46" w:rsidRDefault="004C56FE">
      <w:pPr>
        <w:tabs>
          <w:tab w:val="left" w:pos="4244"/>
        </w:tabs>
        <w:autoSpaceDE w:val="0"/>
        <w:autoSpaceDN w:val="0"/>
        <w:spacing w:before="300" w:after="324" w:line="245" w:lineRule="auto"/>
        <w:ind w:right="1440"/>
      </w:pPr>
      <w:r>
        <w:rPr>
          <w:rFonts w:ascii="Calibri" w:eastAsia="Calibri" w:hAnsi="Calibri"/>
          <w:color w:val="000000"/>
          <w:sz w:val="24"/>
        </w:rPr>
        <w:t xml:space="preserve">. . . . . . . . . . . . . . . . . . . . . . . . . . . . . . . . . . . . . . . . . . . . . . . . . . . . . . . . . . . . . . . . . . . . . . . . . . . . . . . </w:t>
      </w:r>
      <w:r>
        <w:tab/>
      </w:r>
      <w:r>
        <w:rPr>
          <w:rFonts w:ascii="Calibri" w:eastAsia="Calibri" w:hAnsi="Calibri"/>
          <w:i/>
          <w:color w:val="000000"/>
          <w:sz w:val="20"/>
        </w:rPr>
        <w:t xml:space="preserve">nazwa i adres szkoły </w:t>
      </w:r>
    </w:p>
    <w:p w:rsidR="00A06F46" w:rsidRDefault="00A06F46">
      <w:pPr>
        <w:sectPr w:rsidR="00A06F46">
          <w:pgSz w:w="11911" w:h="16841"/>
          <w:pgMar w:top="804" w:right="762" w:bottom="392" w:left="520" w:header="720" w:footer="720" w:gutter="0"/>
          <w:cols w:space="720" w:equalWidth="0">
            <w:col w:w="10630" w:space="0"/>
          </w:cols>
          <w:docGrid w:linePitch="360"/>
        </w:sectPr>
      </w:pPr>
    </w:p>
    <w:p w:rsidR="00A06F46" w:rsidRDefault="004C56FE">
      <w:pPr>
        <w:tabs>
          <w:tab w:val="left" w:pos="172"/>
        </w:tabs>
        <w:autoSpaceDE w:val="0"/>
        <w:autoSpaceDN w:val="0"/>
        <w:spacing w:after="0" w:line="343" w:lineRule="auto"/>
        <w:ind w:right="1008"/>
      </w:pPr>
      <w:r>
        <w:rPr>
          <w:rFonts w:ascii="Calibri" w:eastAsia="Calibri" w:hAnsi="Calibri"/>
          <w:color w:val="000000"/>
          <w:sz w:val="24"/>
        </w:rPr>
        <w:t xml:space="preserve">Data przyjęcia oświadczenia </w:t>
      </w:r>
      <w:r>
        <w:tab/>
      </w:r>
      <w:r>
        <w:rPr>
          <w:rFonts w:ascii="Calibri" w:eastAsia="Calibri" w:hAnsi="Calibri"/>
          <w:color w:val="000000"/>
          <w:sz w:val="24"/>
        </w:rPr>
        <w:t xml:space="preserve">………………………………………… </w:t>
      </w:r>
    </w:p>
    <w:p w:rsidR="00A06F46" w:rsidRDefault="00A06F46">
      <w:pPr>
        <w:sectPr w:rsidR="00A06F46">
          <w:type w:val="continuous"/>
          <w:pgSz w:w="11911" w:h="16841"/>
          <w:pgMar w:top="804" w:right="762" w:bottom="392" w:left="520" w:header="720" w:footer="720" w:gutter="0"/>
          <w:cols w:num="2" w:space="720" w:equalWidth="0">
            <w:col w:w="3898" w:space="0"/>
            <w:col w:w="6732" w:space="0"/>
          </w:cols>
          <w:docGrid w:linePitch="360"/>
        </w:sectPr>
      </w:pPr>
    </w:p>
    <w:p w:rsidR="00A06F46" w:rsidRDefault="004C56FE">
      <w:pPr>
        <w:autoSpaceDE w:val="0"/>
        <w:autoSpaceDN w:val="0"/>
        <w:spacing w:after="152" w:line="343" w:lineRule="auto"/>
        <w:ind w:left="1338" w:right="2736" w:hanging="316"/>
      </w:pPr>
      <w:r>
        <w:rPr>
          <w:rFonts w:ascii="Calibri" w:eastAsia="Calibri" w:hAnsi="Calibri"/>
          <w:color w:val="000000"/>
          <w:sz w:val="24"/>
        </w:rPr>
        <w:t xml:space="preserve">Podpis rodzica/rodziców * </w:t>
      </w:r>
      <w:r>
        <w:br/>
      </w:r>
      <w:r>
        <w:rPr>
          <w:rFonts w:ascii="Calibri" w:eastAsia="Calibri" w:hAnsi="Calibri"/>
          <w:color w:val="000000"/>
          <w:sz w:val="24"/>
        </w:rPr>
        <w:t xml:space="preserve">……………………………………… </w:t>
      </w:r>
      <w:r>
        <w:br/>
      </w:r>
      <w:r>
        <w:rPr>
          <w:rFonts w:ascii="Calibri" w:eastAsia="Calibri" w:hAnsi="Calibri"/>
          <w:color w:val="000000"/>
          <w:sz w:val="24"/>
        </w:rPr>
        <w:t xml:space="preserve">……………………………………… </w:t>
      </w:r>
    </w:p>
    <w:p w:rsidR="00A06F46" w:rsidRDefault="00A06F46">
      <w:pPr>
        <w:sectPr w:rsidR="00A06F46">
          <w:type w:val="nextColumn"/>
          <w:pgSz w:w="11911" w:h="16841"/>
          <w:pgMar w:top="804" w:right="762" w:bottom="392" w:left="520" w:header="720" w:footer="720" w:gutter="0"/>
          <w:cols w:num="2" w:space="720" w:equalWidth="0">
            <w:col w:w="3898" w:space="0"/>
            <w:col w:w="6732" w:space="0"/>
          </w:cols>
          <w:docGrid w:linePitch="360"/>
        </w:sectPr>
      </w:pPr>
    </w:p>
    <w:p w:rsidR="00A06F46" w:rsidRDefault="004C56FE">
      <w:pPr>
        <w:autoSpaceDE w:val="0"/>
        <w:autoSpaceDN w:val="0"/>
        <w:spacing w:after="0" w:line="250" w:lineRule="auto"/>
        <w:ind w:left="116"/>
      </w:pPr>
      <w:r>
        <w:rPr>
          <w:rFonts w:ascii="Cambria Math" w:eastAsia="Cambria Math" w:hAnsi="Cambria Math"/>
          <w:color w:val="000000"/>
          <w:sz w:val="24"/>
        </w:rPr>
        <w:t>∗</w:t>
      </w:r>
      <w:r>
        <w:rPr>
          <w:rFonts w:ascii="Calibri" w:eastAsia="Calibri" w:hAnsi="Calibri"/>
          <w:color w:val="000000"/>
          <w:sz w:val="24"/>
        </w:rPr>
        <w:t xml:space="preserve"> rodzice – należy przez to rozumieć także prawnych opiekunów dziecka oraz osoby (podmioty) sprawujące pieczę zastępczą nad dzieckiem, </w:t>
      </w:r>
    </w:p>
    <w:p w:rsidR="00A06F46" w:rsidRDefault="007A2C99" w:rsidP="007A2C99">
      <w:pPr>
        <w:autoSpaceDE w:val="0"/>
        <w:autoSpaceDN w:val="0"/>
        <w:spacing w:before="190" w:after="0" w:line="197" w:lineRule="auto"/>
        <w:ind w:left="116"/>
        <w:sectPr w:rsidR="00A06F46">
          <w:type w:val="continuous"/>
          <w:pgSz w:w="11911" w:h="16841"/>
          <w:pgMar w:top="804" w:right="762" w:bottom="392" w:left="520" w:header="720" w:footer="720" w:gutter="0"/>
          <w:cols w:space="720" w:equalWidth="0">
            <w:col w:w="10630" w:space="0"/>
          </w:cols>
          <w:docGrid w:linePitch="360"/>
        </w:sectPr>
      </w:pPr>
      <w:r>
        <w:rPr>
          <w:rFonts w:ascii="Calibri" w:eastAsia="Calibri" w:hAnsi="Calibri"/>
          <w:color w:val="000000"/>
          <w:sz w:val="24"/>
        </w:rPr>
        <w:lastRenderedPageBreak/>
        <w:t xml:space="preserve">**  </w:t>
      </w:r>
      <w:proofErr w:type="spellStart"/>
      <w:r>
        <w:rPr>
          <w:rFonts w:ascii="Calibri" w:eastAsia="Calibri" w:hAnsi="Calibri"/>
          <w:color w:val="000000"/>
          <w:sz w:val="24"/>
        </w:rPr>
        <w:t>niepotrzebne</w:t>
      </w:r>
      <w:proofErr w:type="spellEnd"/>
      <w:r>
        <w:rPr>
          <w:rFonts w:ascii="Calibri" w:eastAsia="Calibri" w:hAnsi="Calibri"/>
          <w:color w:val="000000"/>
          <w:sz w:val="24"/>
        </w:rPr>
        <w:t xml:space="preserve"> </w:t>
      </w:r>
      <w:proofErr w:type="spellStart"/>
      <w:r>
        <w:rPr>
          <w:rFonts w:ascii="Calibri" w:eastAsia="Calibri" w:hAnsi="Calibri"/>
          <w:color w:val="000000"/>
          <w:sz w:val="24"/>
        </w:rPr>
        <w:t>skreślić</w:t>
      </w:r>
      <w:proofErr w:type="spellEnd"/>
    </w:p>
    <w:p w:rsidR="00A06F46" w:rsidRDefault="00A06F46">
      <w:pPr>
        <w:autoSpaceDE w:val="0"/>
        <w:autoSpaceDN w:val="0"/>
        <w:spacing w:after="774" w:line="220" w:lineRule="exact"/>
      </w:pPr>
    </w:p>
    <w:p w:rsidR="00A06F46" w:rsidRDefault="004C56FE">
      <w:pPr>
        <w:tabs>
          <w:tab w:val="left" w:pos="526"/>
        </w:tabs>
        <w:autoSpaceDE w:val="0"/>
        <w:autoSpaceDN w:val="0"/>
        <w:spacing w:after="0" w:line="222" w:lineRule="exact"/>
        <w:ind w:left="124"/>
      </w:pPr>
      <w:r>
        <w:rPr>
          <w:rFonts w:ascii="Times New Roman,Bold" w:eastAsia="Times New Roman,Bold" w:hAnsi="Times New Roman,Bold"/>
          <w:b/>
          <w:color w:val="365F91"/>
          <w:sz w:val="16"/>
        </w:rPr>
        <w:t xml:space="preserve">I. </w:t>
      </w:r>
      <w:r>
        <w:tab/>
      </w:r>
      <w:r>
        <w:rPr>
          <w:rFonts w:ascii="Calibri" w:eastAsia="Calibri" w:hAnsi="Calibri"/>
          <w:color w:val="365F91"/>
          <w:sz w:val="20"/>
        </w:rPr>
        <w:t xml:space="preserve">OŚWIADCZENIE </w:t>
      </w:r>
    </w:p>
    <w:p w:rsidR="00A06F46" w:rsidRDefault="004C56FE">
      <w:pPr>
        <w:autoSpaceDE w:val="0"/>
        <w:autoSpaceDN w:val="0"/>
        <w:spacing w:before="270" w:after="0" w:line="272" w:lineRule="exact"/>
        <w:ind w:left="64" w:firstLine="466"/>
      </w:pPr>
      <w:r>
        <w:rPr>
          <w:rFonts w:ascii="Times New Roman" w:eastAsia="Times New Roman" w:hAnsi="Times New Roman"/>
          <w:color w:val="000000"/>
          <w:sz w:val="24"/>
        </w:rPr>
        <w:t xml:space="preserve"> Oświadczam, że zapoznałam/em się z </w:t>
      </w: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Klauzulą informacyjną o przetwarzaniu danych osobowych dla rodziców / opiekunów prawnych i uczniów w Zespole Szkół i Placówek Oświatowych w Lubiniu. </w:t>
      </w:r>
      <w:r>
        <w:rPr>
          <w:rFonts w:ascii="Times New Roman" w:eastAsia="Times New Roman" w:hAnsi="Times New Roman"/>
          <w:color w:val="000000"/>
          <w:sz w:val="24"/>
        </w:rPr>
        <w:t xml:space="preserve">Klauzula zamieszczona jest w </w:t>
      </w: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REGULAMINIE REKRUTACJI  DO KLASY PIERWSZEJ SZKOŁY </w:t>
      </w:r>
      <w:r>
        <w:br/>
      </w:r>
      <w:r>
        <w:rPr>
          <w:rFonts w:ascii="Times New Roman,Bold" w:eastAsia="Times New Roman,Bold" w:hAnsi="Times New Roman,Bold"/>
          <w:b/>
          <w:color w:val="000000"/>
          <w:sz w:val="24"/>
        </w:rPr>
        <w:t>PODSTAWOWEJ  IM. ADAMA</w:t>
      </w:r>
      <w:hyperlink r:id="rId6" w:history="1">
        <w:r>
          <w:rPr>
            <w:rFonts w:ascii="Times New Roman,Bold" w:eastAsia="Times New Roman,Bold" w:hAnsi="Times New Roman,Bold"/>
            <w:b/>
            <w:color w:val="000000"/>
            <w:sz w:val="24"/>
          </w:rPr>
          <w:t xml:space="preserve"> MICKIEWICZA </w:t>
        </w:r>
      </w:hyperlink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W LUBINIU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oraz na stronie internetowej szkoły </w:t>
      </w:r>
      <w:hyperlink r:id="rId7" w:history="1">
        <w:r>
          <w:rPr>
            <w:rFonts w:ascii="Times New Roman" w:eastAsia="Times New Roman" w:hAnsi="Times New Roman"/>
            <w:color w:val="0000FF"/>
            <w:sz w:val="24"/>
            <w:u w:val="single"/>
          </w:rPr>
          <w:t>www.zslubin.edu.pl</w:t>
        </w:r>
      </w:hyperlink>
      <w:r>
        <w:rPr>
          <w:rFonts w:ascii="Times New Roman" w:eastAsia="Times New Roman" w:hAnsi="Times New Roman"/>
          <w:color w:val="000000"/>
          <w:sz w:val="24"/>
        </w:rPr>
        <w:t xml:space="preserve"> – Ochrona danych osobowych</w:t>
      </w:r>
    </w:p>
    <w:p w:rsidR="00A06F46" w:rsidRDefault="004C56FE">
      <w:pPr>
        <w:autoSpaceDE w:val="0"/>
        <w:autoSpaceDN w:val="0"/>
        <w:spacing w:before="310" w:after="0" w:line="245" w:lineRule="auto"/>
        <w:ind w:left="64" w:right="3024"/>
      </w:pPr>
      <w:r>
        <w:rPr>
          <w:rFonts w:ascii="Calibri" w:eastAsia="Calibri" w:hAnsi="Calibri"/>
          <w:color w:val="000000"/>
          <w:sz w:val="24"/>
        </w:rPr>
        <w:t xml:space="preserve">................................                          ………………………                        ………………………. </w:t>
      </w:r>
      <w:r>
        <w:rPr>
          <w:rFonts w:ascii="Calibri" w:eastAsia="Calibri" w:hAnsi="Calibri"/>
          <w:color w:val="000000"/>
        </w:rPr>
        <w:t xml:space="preserve"> (miejscowość i data)                                 (podpis matki                                 (podpis ojca) </w:t>
      </w:r>
    </w:p>
    <w:p w:rsidR="00A06F46" w:rsidRDefault="004C56FE">
      <w:pPr>
        <w:tabs>
          <w:tab w:val="left" w:pos="526"/>
        </w:tabs>
        <w:autoSpaceDE w:val="0"/>
        <w:autoSpaceDN w:val="0"/>
        <w:spacing w:before="1290" w:after="0" w:line="276" w:lineRule="exact"/>
        <w:ind w:right="5328"/>
      </w:pPr>
      <w:r>
        <w:rPr>
          <w:rFonts w:ascii="Times New Roman,Bold" w:eastAsia="Times New Roman,Bold" w:hAnsi="Times New Roman,Bold"/>
          <w:b/>
          <w:color w:val="365F91"/>
          <w:sz w:val="16"/>
        </w:rPr>
        <w:t xml:space="preserve">II. </w:t>
      </w:r>
      <w:r>
        <w:tab/>
      </w:r>
      <w:r>
        <w:rPr>
          <w:rFonts w:ascii="Calibri" w:eastAsia="Calibri" w:hAnsi="Calibri"/>
          <w:color w:val="365F91"/>
          <w:sz w:val="20"/>
        </w:rPr>
        <w:t xml:space="preserve">OŚWIADCZENIE RODZICÓW DOTYCZĄCE PUBLIKACJI DANYCH </w:t>
      </w:r>
      <w:r>
        <w:tab/>
      </w:r>
      <w:r>
        <w:rPr>
          <w:rFonts w:ascii="Calibri" w:eastAsia="Calibri" w:hAnsi="Calibri"/>
          <w:color w:val="365F91"/>
          <w:sz w:val="20"/>
        </w:rPr>
        <w:t xml:space="preserve">I WIZERUNKU DZIECKA </w:t>
      </w:r>
    </w:p>
    <w:p w:rsidR="00A06F46" w:rsidRDefault="004C56FE">
      <w:pPr>
        <w:autoSpaceDE w:val="0"/>
        <w:autoSpaceDN w:val="0"/>
        <w:spacing w:before="458" w:after="512" w:line="250" w:lineRule="auto"/>
        <w:ind w:left="984"/>
      </w:pPr>
      <w:r>
        <w:rPr>
          <w:rFonts w:ascii="Calibri" w:eastAsia="Calibri" w:hAnsi="Calibri"/>
          <w:color w:val="000000"/>
          <w:sz w:val="20"/>
        </w:rPr>
        <w:t xml:space="preserve">Oświadczam, że wyrażam zgodę na publikowanie fotografii, filmów i informacji z życia szkoły na stronach internetowych Zespołu Szkół i Placówek Oświatowych e Lubiniu zawierających wizerunek lub imię i nazwisko mojego dziecka oraz publikacji w mediach lokalnych. </w:t>
      </w:r>
    </w:p>
    <w:tbl>
      <w:tblPr>
        <w:tblW w:w="0" w:type="auto"/>
        <w:tblInd w:w="83" w:type="dxa"/>
        <w:tblLayout w:type="fixed"/>
        <w:tblLook w:val="04A0" w:firstRow="1" w:lastRow="0" w:firstColumn="1" w:lastColumn="0" w:noHBand="0" w:noVBand="1"/>
      </w:tblPr>
      <w:tblGrid>
        <w:gridCol w:w="500"/>
        <w:gridCol w:w="4160"/>
        <w:gridCol w:w="5220"/>
      </w:tblGrid>
      <w:tr w:rsidR="00A06F46">
        <w:trPr>
          <w:trHeight w:hRule="exact" w:val="292"/>
        </w:trPr>
        <w:tc>
          <w:tcPr>
            <w:tcW w:w="500" w:type="dxa"/>
            <w:vMerge w:val="restart"/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1880" w:after="0" w:line="222" w:lineRule="exact"/>
              <w:jc w:val="center"/>
            </w:pPr>
            <w:r>
              <w:rPr>
                <w:rFonts w:ascii="Times New Roman,Bold" w:eastAsia="Times New Roman,Bold" w:hAnsi="Times New Roman,Bold"/>
                <w:b/>
                <w:color w:val="365F91"/>
                <w:sz w:val="16"/>
              </w:rPr>
              <w:t>III.</w:t>
            </w:r>
          </w:p>
        </w:tc>
        <w:tc>
          <w:tcPr>
            <w:tcW w:w="4160" w:type="dxa"/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60" w:after="0" w:line="197" w:lineRule="auto"/>
              <w:ind w:left="400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…………………………. </w:t>
            </w:r>
          </w:p>
        </w:tc>
        <w:tc>
          <w:tcPr>
            <w:tcW w:w="5220" w:type="dxa"/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60" w:after="0" w:line="197" w:lineRule="auto"/>
              <w:ind w:right="904"/>
              <w:jc w:val="right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……………………………………………. </w:t>
            </w:r>
          </w:p>
        </w:tc>
      </w:tr>
      <w:tr w:rsidR="00A06F46">
        <w:trPr>
          <w:trHeight w:hRule="exact" w:val="920"/>
        </w:trPr>
        <w:tc>
          <w:tcPr>
            <w:tcW w:w="3634" w:type="dxa"/>
            <w:vMerge/>
          </w:tcPr>
          <w:p w:rsidR="00A06F46" w:rsidRDefault="00A06F46"/>
        </w:tc>
        <w:tc>
          <w:tcPr>
            <w:tcW w:w="4160" w:type="dxa"/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50" w:after="0" w:line="197" w:lineRule="auto"/>
              <w:ind w:left="400"/>
            </w:pPr>
            <w:r>
              <w:rPr>
                <w:rFonts w:ascii="Calibri" w:eastAsia="Calibri" w:hAnsi="Calibri"/>
                <w:color w:val="000000"/>
              </w:rPr>
              <w:t xml:space="preserve">(miejscowość i data) </w:t>
            </w:r>
          </w:p>
        </w:tc>
        <w:tc>
          <w:tcPr>
            <w:tcW w:w="5220" w:type="dxa"/>
            <w:vMerge w:val="restart"/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50" w:after="0" w:line="197" w:lineRule="auto"/>
              <w:ind w:right="1506"/>
              <w:jc w:val="right"/>
            </w:pPr>
            <w:r>
              <w:rPr>
                <w:rFonts w:ascii="Calibri" w:eastAsia="Calibri" w:hAnsi="Calibri"/>
                <w:color w:val="000000"/>
              </w:rPr>
              <w:t xml:space="preserve"> (podpis rodziców)</w:t>
            </w:r>
          </w:p>
        </w:tc>
      </w:tr>
      <w:tr w:rsidR="00A06F46">
        <w:trPr>
          <w:trHeight w:hRule="exact" w:val="950"/>
        </w:trPr>
        <w:tc>
          <w:tcPr>
            <w:tcW w:w="3634" w:type="dxa"/>
            <w:vMerge/>
          </w:tcPr>
          <w:p w:rsidR="00A06F46" w:rsidRDefault="00A06F46"/>
        </w:tc>
        <w:tc>
          <w:tcPr>
            <w:tcW w:w="4160" w:type="dxa"/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686" w:after="0" w:line="197" w:lineRule="auto"/>
              <w:ind w:left="182"/>
            </w:pPr>
            <w:r>
              <w:rPr>
                <w:rFonts w:ascii="Calibri" w:eastAsia="Calibri" w:hAnsi="Calibri"/>
                <w:color w:val="365F91"/>
                <w:sz w:val="20"/>
              </w:rPr>
              <w:t xml:space="preserve">OŚWIADCZENIE </w:t>
            </w:r>
          </w:p>
        </w:tc>
        <w:tc>
          <w:tcPr>
            <w:tcW w:w="3634" w:type="dxa"/>
            <w:vMerge/>
          </w:tcPr>
          <w:p w:rsidR="00A06F46" w:rsidRDefault="00A06F46"/>
        </w:tc>
      </w:tr>
    </w:tbl>
    <w:p w:rsidR="00A06F46" w:rsidRDefault="004C56FE">
      <w:pPr>
        <w:autoSpaceDE w:val="0"/>
        <w:autoSpaceDN w:val="0"/>
        <w:spacing w:before="478" w:after="0" w:line="197" w:lineRule="auto"/>
        <w:ind w:left="984"/>
      </w:pPr>
      <w:r>
        <w:rPr>
          <w:rFonts w:ascii="Calibri" w:eastAsia="Calibri" w:hAnsi="Calibri"/>
          <w:color w:val="000000"/>
          <w:sz w:val="20"/>
        </w:rPr>
        <w:t xml:space="preserve">Oświadczam, że wyrażam zgodę  na udział mojego dziecka w zajęciach z religii. </w:t>
      </w:r>
    </w:p>
    <w:p w:rsidR="00A06F46" w:rsidRDefault="004C56FE">
      <w:pPr>
        <w:tabs>
          <w:tab w:val="left" w:pos="6662"/>
          <w:tab w:val="left" w:pos="6904"/>
        </w:tabs>
        <w:autoSpaceDE w:val="0"/>
        <w:autoSpaceDN w:val="0"/>
        <w:spacing w:before="536" w:after="0" w:line="245" w:lineRule="auto"/>
        <w:ind w:left="972" w:right="1584"/>
      </w:pPr>
      <w:r>
        <w:rPr>
          <w:rFonts w:ascii="Calibri" w:eastAsia="Calibri" w:hAnsi="Calibri"/>
          <w:color w:val="000000"/>
          <w:sz w:val="20"/>
        </w:rPr>
        <w:t xml:space="preserve">…………………………..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 ……………………………………………… </w:t>
      </w:r>
      <w:r>
        <w:rPr>
          <w:rFonts w:ascii="Calibri" w:eastAsia="Calibri" w:hAnsi="Calibri"/>
          <w:color w:val="000000"/>
        </w:rPr>
        <w:t xml:space="preserve">(miejscowość i data) </w:t>
      </w:r>
      <w:r>
        <w:tab/>
      </w:r>
      <w:r>
        <w:rPr>
          <w:rFonts w:ascii="Calibri" w:eastAsia="Calibri" w:hAnsi="Calibri"/>
          <w:color w:val="000000"/>
        </w:rPr>
        <w:t>(podpis rodziców</w:t>
      </w:r>
      <w:r>
        <w:rPr>
          <w:rFonts w:ascii="Calibri" w:eastAsia="Calibri" w:hAnsi="Calibri"/>
          <w:color w:val="000000"/>
          <w:sz w:val="20"/>
        </w:rPr>
        <w:t xml:space="preserve">) </w:t>
      </w:r>
    </w:p>
    <w:p w:rsidR="00A06F46" w:rsidRDefault="00A06F46">
      <w:pPr>
        <w:sectPr w:rsidR="00A06F46">
          <w:pgSz w:w="11911" w:h="16841"/>
          <w:pgMar w:top="994" w:right="552" w:bottom="1440" w:left="456" w:header="720" w:footer="720" w:gutter="0"/>
          <w:cols w:space="720" w:equalWidth="0">
            <w:col w:w="10904" w:space="0"/>
          </w:cols>
          <w:docGrid w:linePitch="360"/>
        </w:sectPr>
      </w:pPr>
    </w:p>
    <w:p w:rsidR="00A06F46" w:rsidRDefault="00A06F46">
      <w:pPr>
        <w:autoSpaceDE w:val="0"/>
        <w:autoSpaceDN w:val="0"/>
        <w:spacing w:after="104" w:line="220" w:lineRule="exact"/>
      </w:pPr>
    </w:p>
    <w:tbl>
      <w:tblPr>
        <w:tblW w:w="0" w:type="auto"/>
        <w:tblInd w:w="155" w:type="dxa"/>
        <w:tblLayout w:type="fixed"/>
        <w:tblLook w:val="04A0" w:firstRow="1" w:lastRow="0" w:firstColumn="1" w:lastColumn="0" w:noHBand="0" w:noVBand="1"/>
      </w:tblPr>
      <w:tblGrid>
        <w:gridCol w:w="2660"/>
        <w:gridCol w:w="5220"/>
      </w:tblGrid>
      <w:tr w:rsidR="00A06F46">
        <w:trPr>
          <w:trHeight w:hRule="exact" w:val="258"/>
        </w:trPr>
        <w:tc>
          <w:tcPr>
            <w:tcW w:w="2660" w:type="dxa"/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after="0" w:line="194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INFORMACJE DODATKOWE </w:t>
            </w:r>
          </w:p>
        </w:tc>
        <w:tc>
          <w:tcPr>
            <w:tcW w:w="5220" w:type="dxa"/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after="0" w:line="194" w:lineRule="auto"/>
              <w:ind w:left="180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/ </w:t>
            </w:r>
            <w:r>
              <w:rPr>
                <w:rFonts w:ascii="Calibri" w:eastAsia="Calibri" w:hAnsi="Calibri"/>
                <w:color w:val="000000"/>
                <w:sz w:val="20"/>
              </w:rPr>
              <w:t xml:space="preserve">Proszę  o  zaznaczenie  właściwej  odpowiedzi / </w:t>
            </w:r>
          </w:p>
        </w:tc>
      </w:tr>
    </w:tbl>
    <w:p w:rsidR="00A06F46" w:rsidRDefault="00A06F46">
      <w:pPr>
        <w:autoSpaceDE w:val="0"/>
        <w:autoSpaceDN w:val="0"/>
        <w:spacing w:after="0" w:line="924" w:lineRule="exact"/>
      </w:pPr>
    </w:p>
    <w:tbl>
      <w:tblPr>
        <w:tblW w:w="0" w:type="auto"/>
        <w:tblInd w:w="781" w:type="dxa"/>
        <w:tblLayout w:type="fixed"/>
        <w:tblLook w:val="04A0" w:firstRow="1" w:lastRow="0" w:firstColumn="1" w:lastColumn="0" w:noHBand="0" w:noVBand="1"/>
      </w:tblPr>
      <w:tblGrid>
        <w:gridCol w:w="5956"/>
        <w:gridCol w:w="850"/>
        <w:gridCol w:w="850"/>
      </w:tblGrid>
      <w:tr w:rsidR="00A06F46">
        <w:trPr>
          <w:trHeight w:hRule="exact" w:val="406"/>
        </w:trPr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66" w:after="0" w:line="194" w:lineRule="auto"/>
              <w:ind w:left="2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Dziecko rodzica samotnie je wychowującego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30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30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A06F46">
        <w:trPr>
          <w:trHeight w:hRule="exact" w:val="408"/>
        </w:trPr>
        <w:tc>
          <w:tcPr>
            <w:tcW w:w="5956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68" w:after="0" w:line="194" w:lineRule="auto"/>
              <w:ind w:left="2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Dziecko rodziców niepełnosprawnych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32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32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A06F46">
        <w:trPr>
          <w:trHeight w:hRule="exact" w:val="406"/>
        </w:trPr>
        <w:tc>
          <w:tcPr>
            <w:tcW w:w="595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64" w:after="0" w:line="197" w:lineRule="auto"/>
              <w:ind w:left="2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Dziecko posiada orzeczenie o niepełnosprawności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28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28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A06F46">
        <w:trPr>
          <w:trHeight w:hRule="exact" w:val="406"/>
        </w:trPr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62" w:after="0" w:line="197" w:lineRule="auto"/>
              <w:ind w:left="2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Dziecko posiada orzeczenie do kształcenia specjalnego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26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26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A06F46">
        <w:trPr>
          <w:trHeight w:hRule="exact" w:val="406"/>
        </w:trPr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66" w:after="0" w:line="197" w:lineRule="auto"/>
              <w:ind w:left="2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Dziecko rodzica / ojca lub matki /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32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32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A06F46">
        <w:trPr>
          <w:trHeight w:hRule="exact" w:val="408"/>
        </w:trPr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64" w:after="0" w:line="197" w:lineRule="auto"/>
              <w:ind w:left="2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Dziecko rodziców /  pracujących obojga /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28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tak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28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nie </w:t>
            </w:r>
          </w:p>
        </w:tc>
      </w:tr>
      <w:tr w:rsidR="00A06F46">
        <w:trPr>
          <w:trHeight w:hRule="exact" w:val="680"/>
        </w:trPr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290" w:after="0" w:line="197" w:lineRule="auto"/>
              <w:ind w:left="2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Liczba dzieci w rodzinie ………….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A06F4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A06F46" w:rsidRDefault="00A06F46"/>
        </w:tc>
      </w:tr>
      <w:tr w:rsidR="00A06F46">
        <w:trPr>
          <w:trHeight w:hRule="exact" w:val="3168"/>
        </w:trPr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4C56FE">
            <w:pPr>
              <w:autoSpaceDE w:val="0"/>
              <w:autoSpaceDN w:val="0"/>
              <w:spacing w:before="288" w:after="0" w:line="194" w:lineRule="auto"/>
              <w:ind w:left="2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Rodzeństwo   / proszę podać imiona,  rok urodzenia / </w:t>
            </w:r>
          </w:p>
          <w:p w:rsidR="00A06F46" w:rsidRDefault="004C56FE">
            <w:pPr>
              <w:autoSpaceDE w:val="0"/>
              <w:autoSpaceDN w:val="0"/>
              <w:spacing w:before="324" w:after="0" w:line="358" w:lineRule="auto"/>
              <w:ind w:left="2" w:right="1744"/>
              <w:jc w:val="both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1……………………………………………………………………………. 2……………………………………………………………………………. 3……………………………………………………………………………. 4……………………………………………………………………………. 5……………………………………………………………………………. 6……………………………………………………………………………. 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06F46" w:rsidRDefault="00A06F46"/>
        </w:tc>
      </w:tr>
    </w:tbl>
    <w:p w:rsidR="00A06F46" w:rsidRDefault="004C56FE">
      <w:pPr>
        <w:autoSpaceDE w:val="0"/>
        <w:autoSpaceDN w:val="0"/>
        <w:spacing w:before="864" w:after="0" w:line="194" w:lineRule="auto"/>
        <w:ind w:left="162"/>
      </w:pPr>
      <w:r>
        <w:rPr>
          <w:rFonts w:ascii="Calibri" w:eastAsia="Calibri" w:hAnsi="Calibri"/>
          <w:color w:val="365F91"/>
          <w:sz w:val="20"/>
        </w:rPr>
        <w:t xml:space="preserve">DODATKOWE WAŻNE INFORMACJE O DZIECKU -  istotne w sprawowaniu opieki </w:t>
      </w:r>
    </w:p>
    <w:p w:rsidR="00A06F46" w:rsidRDefault="004C56FE">
      <w:pPr>
        <w:autoSpaceDE w:val="0"/>
        <w:autoSpaceDN w:val="0"/>
        <w:spacing w:before="72" w:after="0" w:line="197" w:lineRule="auto"/>
        <w:ind w:right="1160"/>
        <w:jc w:val="right"/>
      </w:pPr>
      <w:r>
        <w:rPr>
          <w:rFonts w:ascii="Calibri" w:eastAsia="Calibri" w:hAnsi="Calibri"/>
          <w:b/>
          <w:color w:val="000000"/>
          <w:sz w:val="20"/>
        </w:rPr>
        <w:t xml:space="preserve">(np. stałe choroby, wady rozwojowe, alergie itp.) </w:t>
      </w:r>
    </w:p>
    <w:p w:rsidR="00A06F46" w:rsidRDefault="004C56FE">
      <w:pPr>
        <w:autoSpaceDE w:val="0"/>
        <w:autoSpaceDN w:val="0"/>
        <w:spacing w:before="780" w:after="0" w:line="194" w:lineRule="auto"/>
        <w:jc w:val="center"/>
      </w:pPr>
      <w:r>
        <w:rPr>
          <w:rFonts w:ascii="Calibri" w:eastAsia="Calibri" w:hAnsi="Calibri"/>
          <w:color w:val="000000"/>
          <w:sz w:val="20"/>
        </w:rPr>
        <w:t xml:space="preserve">……………………………..................................................................................................................................................... </w:t>
      </w:r>
    </w:p>
    <w:p w:rsidR="00A06F46" w:rsidRDefault="004C56FE">
      <w:pPr>
        <w:autoSpaceDE w:val="0"/>
        <w:autoSpaceDN w:val="0"/>
        <w:spacing w:before="646" w:after="0" w:line="197" w:lineRule="auto"/>
        <w:jc w:val="center"/>
      </w:pPr>
      <w:r>
        <w:rPr>
          <w:rFonts w:ascii="Calibri" w:eastAsia="Calibri" w:hAnsi="Calibri"/>
          <w:color w:val="000000"/>
          <w:sz w:val="20"/>
        </w:rPr>
        <w:t xml:space="preserve">…………………………………………………………………………………………………………………………………………………….......................... </w:t>
      </w:r>
    </w:p>
    <w:p w:rsidR="00A06F46" w:rsidRDefault="004C56FE">
      <w:pPr>
        <w:tabs>
          <w:tab w:val="left" w:pos="5822"/>
        </w:tabs>
        <w:autoSpaceDE w:val="0"/>
        <w:autoSpaceDN w:val="0"/>
        <w:spacing w:before="2000" w:after="0" w:line="194" w:lineRule="auto"/>
        <w:ind w:left="264"/>
      </w:pPr>
      <w:r>
        <w:rPr>
          <w:rFonts w:ascii="Calibri" w:eastAsia="Calibri" w:hAnsi="Calibri"/>
          <w:color w:val="000000"/>
          <w:sz w:val="20"/>
        </w:rPr>
        <w:t xml:space="preserve"> ………………………….......... </w:t>
      </w:r>
      <w:r>
        <w:tab/>
      </w:r>
      <w:r>
        <w:rPr>
          <w:rFonts w:ascii="Calibri" w:eastAsia="Calibri" w:hAnsi="Calibri"/>
          <w:color w:val="000000"/>
          <w:sz w:val="20"/>
        </w:rPr>
        <w:t xml:space="preserve"> ……………………………………………… </w:t>
      </w:r>
    </w:p>
    <w:p w:rsidR="00A06F46" w:rsidRDefault="004C56FE">
      <w:pPr>
        <w:autoSpaceDE w:val="0"/>
        <w:autoSpaceDN w:val="0"/>
        <w:spacing w:before="82" w:after="0" w:line="197" w:lineRule="auto"/>
        <w:ind w:left="236"/>
      </w:pPr>
      <w:r>
        <w:rPr>
          <w:rFonts w:ascii="Calibri" w:eastAsia="Calibri" w:hAnsi="Calibri"/>
          <w:color w:val="000000"/>
        </w:rPr>
        <w:t>(miejscowość i data)                                                                                     (podpis rodziców )</w:t>
      </w:r>
    </w:p>
    <w:sectPr w:rsidR="00A06F46" w:rsidSect="00034616">
      <w:pgSz w:w="11899" w:h="16841"/>
      <w:pgMar w:top="324" w:right="1384" w:bottom="1440" w:left="1404" w:header="720" w:footer="720" w:gutter="0"/>
      <w:cols w:space="720" w:equalWidth="0">
        <w:col w:w="911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D18BD"/>
    <w:rsid w:val="0029639D"/>
    <w:rsid w:val="00326F90"/>
    <w:rsid w:val="00386CE9"/>
    <w:rsid w:val="004C56FE"/>
    <w:rsid w:val="007A2C99"/>
    <w:rsid w:val="00A06F46"/>
    <w:rsid w:val="00AA1D8D"/>
    <w:rsid w:val="00B47730"/>
    <w:rsid w:val="00CB0664"/>
    <w:rsid w:val="00F235D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480340"/>
  <w14:defaultImageDpi w14:val="300"/>
  <w15:docId w15:val="{8FA6E69F-3708-47E4-8623-2096FA14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slubin.edu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372B477-EA79-4D3A-91D4-9D3FAF2DF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664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6</cp:revision>
  <dcterms:created xsi:type="dcterms:W3CDTF">2013-12-23T23:15:00Z</dcterms:created>
  <dcterms:modified xsi:type="dcterms:W3CDTF">2026-02-04T15:59:00Z</dcterms:modified>
  <cp:category/>
</cp:coreProperties>
</file>