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298" w:rsidRDefault="007A6298">
      <w:pPr>
        <w:autoSpaceDE w:val="0"/>
        <w:autoSpaceDN w:val="0"/>
        <w:spacing w:after="6" w:line="220" w:lineRule="exact"/>
      </w:pPr>
    </w:p>
    <w:p w:rsidR="007A6298" w:rsidRDefault="00B65185">
      <w:pPr>
        <w:tabs>
          <w:tab w:val="left" w:pos="6694"/>
          <w:tab w:val="left" w:pos="6734"/>
          <w:tab w:val="left" w:pos="7070"/>
        </w:tabs>
        <w:autoSpaceDE w:val="0"/>
        <w:autoSpaceDN w:val="0"/>
        <w:spacing w:after="0" w:line="245" w:lineRule="auto"/>
        <w:ind w:left="6186"/>
      </w:pP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Załącznik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nr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2 do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Regulaminu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                         </w:t>
      </w:r>
      <w:r>
        <w:br/>
      </w: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Rekrutacji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do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klasy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pierwszej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Szkoły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                 </w:t>
      </w:r>
      <w:r>
        <w:br/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Podstawowej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im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Adama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Mickiewicza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w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Lubiniu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r>
        <w:br/>
      </w:r>
      <w:r>
        <w:tab/>
      </w:r>
      <w:r w:rsidR="00E3268F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E3268F">
        <w:rPr>
          <w:rFonts w:ascii="Calibri" w:eastAsia="Calibri" w:hAnsi="Calibri"/>
          <w:i/>
          <w:color w:val="000000"/>
          <w:sz w:val="16"/>
        </w:rPr>
        <w:t>Rok</w:t>
      </w:r>
      <w:proofErr w:type="spellEnd"/>
      <w:r w:rsidR="00E3268F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E3268F">
        <w:rPr>
          <w:rFonts w:ascii="Calibri" w:eastAsia="Calibri" w:hAnsi="Calibri"/>
          <w:i/>
          <w:color w:val="000000"/>
          <w:sz w:val="16"/>
        </w:rPr>
        <w:t>szkolny</w:t>
      </w:r>
      <w:proofErr w:type="spellEnd"/>
      <w:r w:rsidR="00E3268F">
        <w:rPr>
          <w:rFonts w:ascii="Calibri" w:eastAsia="Calibri" w:hAnsi="Calibri"/>
          <w:i/>
          <w:color w:val="000000"/>
          <w:sz w:val="16"/>
        </w:rPr>
        <w:t xml:space="preserve"> 2026/2027</w:t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</w:p>
    <w:p w:rsidR="007A6298" w:rsidRDefault="00B65185">
      <w:pPr>
        <w:autoSpaceDE w:val="0"/>
        <w:autoSpaceDN w:val="0"/>
        <w:spacing w:before="362" w:after="42" w:line="197" w:lineRule="auto"/>
        <w:ind w:right="902"/>
        <w:jc w:val="right"/>
      </w:pPr>
      <w:r>
        <w:rPr>
          <w:rFonts w:ascii="Calibri" w:eastAsia="Calibri" w:hAnsi="Calibri"/>
          <w:color w:val="000000"/>
          <w:sz w:val="24"/>
        </w:rPr>
        <w:t xml:space="preserve">. . . . . . . . . . . . . . . .   dnia . . . . . . . . . . . </w:t>
      </w:r>
    </w:p>
    <w:p w:rsidR="007A6298" w:rsidRDefault="007A6298">
      <w:pPr>
        <w:sectPr w:rsidR="007A6298">
          <w:pgSz w:w="11899" w:h="16841"/>
          <w:pgMar w:top="224" w:right="716" w:bottom="908" w:left="1416" w:header="720" w:footer="720" w:gutter="0"/>
          <w:cols w:space="720" w:equalWidth="0">
            <w:col w:w="9768" w:space="0"/>
          </w:cols>
          <w:docGrid w:linePitch="360"/>
        </w:sectPr>
      </w:pPr>
    </w:p>
    <w:p w:rsidR="007A6298" w:rsidRDefault="00B65185">
      <w:pPr>
        <w:autoSpaceDE w:val="0"/>
        <w:autoSpaceDN w:val="0"/>
        <w:spacing w:after="0" w:line="245" w:lineRule="auto"/>
        <w:ind w:right="1584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(Nazwisko i imiona  matki dziecka) </w:t>
      </w:r>
    </w:p>
    <w:p w:rsidR="007A6298" w:rsidRDefault="007A6298">
      <w:pPr>
        <w:sectPr w:rsidR="007A6298">
          <w:type w:val="continuous"/>
          <w:pgSz w:w="11899" w:h="16841"/>
          <w:pgMar w:top="224" w:right="716" w:bottom="908" w:left="1416" w:header="720" w:footer="720" w:gutter="0"/>
          <w:cols w:num="2" w:space="720" w:equalWidth="0">
            <w:col w:w="5100" w:space="0"/>
            <w:col w:w="4668" w:space="0"/>
          </w:cols>
          <w:docGrid w:linePitch="360"/>
        </w:sectPr>
      </w:pPr>
    </w:p>
    <w:p w:rsidR="007A6298" w:rsidRDefault="00B65185">
      <w:pPr>
        <w:autoSpaceDE w:val="0"/>
        <w:autoSpaceDN w:val="0"/>
        <w:spacing w:after="542" w:line="197" w:lineRule="auto"/>
        <w:ind w:right="1352"/>
        <w:jc w:val="right"/>
      </w:pPr>
      <w:r>
        <w:rPr>
          <w:rFonts w:ascii="Calibri" w:eastAsia="Calibri" w:hAnsi="Calibri"/>
          <w:color w:val="000000"/>
          <w:sz w:val="20"/>
        </w:rPr>
        <w:t xml:space="preserve">(miejscowość, data) </w:t>
      </w:r>
    </w:p>
    <w:p w:rsidR="007A6298" w:rsidRDefault="007A6298">
      <w:pPr>
        <w:sectPr w:rsidR="007A6298">
          <w:type w:val="nextColumn"/>
          <w:pgSz w:w="11899" w:h="16841"/>
          <w:pgMar w:top="224" w:right="716" w:bottom="908" w:left="1416" w:header="720" w:footer="720" w:gutter="0"/>
          <w:cols w:num="2" w:space="720" w:equalWidth="0">
            <w:col w:w="5100" w:space="0"/>
            <w:col w:w="4668" w:space="0"/>
          </w:cols>
          <w:docGrid w:linePitch="360"/>
        </w:sectPr>
      </w:pPr>
    </w:p>
    <w:p w:rsidR="007A6298" w:rsidRDefault="00B65185">
      <w:pPr>
        <w:autoSpaceDE w:val="0"/>
        <w:autoSpaceDN w:val="0"/>
        <w:spacing w:after="0" w:line="245" w:lineRule="auto"/>
        <w:ind w:right="6192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(adres zamieszkania matki dziecka) </w:t>
      </w:r>
    </w:p>
    <w:p w:rsidR="007A6298" w:rsidRDefault="00B65185">
      <w:pPr>
        <w:autoSpaceDE w:val="0"/>
        <w:autoSpaceDN w:val="0"/>
        <w:spacing w:before="136" w:after="0" w:line="245" w:lineRule="auto"/>
        <w:ind w:right="6192"/>
        <w:jc w:val="center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(adres poczty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elektronicznej) </w:t>
      </w:r>
    </w:p>
    <w:p w:rsidR="007A6298" w:rsidRDefault="00B65185">
      <w:pPr>
        <w:autoSpaceDE w:val="0"/>
        <w:autoSpaceDN w:val="0"/>
        <w:spacing w:before="136" w:after="0" w:line="197" w:lineRule="auto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</w:p>
    <w:p w:rsidR="007A6298" w:rsidRDefault="00B65185">
      <w:pPr>
        <w:tabs>
          <w:tab w:val="left" w:pos="888"/>
        </w:tabs>
        <w:autoSpaceDE w:val="0"/>
        <w:autoSpaceDN w:val="0"/>
        <w:spacing w:before="42" w:after="0" w:line="245" w:lineRule="auto"/>
        <w:ind w:right="6192"/>
      </w:pPr>
      <w:r>
        <w:tab/>
      </w:r>
      <w:r>
        <w:rPr>
          <w:rFonts w:ascii="Calibri" w:eastAsia="Calibri" w:hAnsi="Calibri"/>
          <w:color w:val="000000"/>
          <w:sz w:val="20"/>
        </w:rPr>
        <w:t xml:space="preserve">(telefon kontaktowy)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</w:p>
    <w:p w:rsidR="007A6298" w:rsidRDefault="00B65185">
      <w:pPr>
        <w:autoSpaceDE w:val="0"/>
        <w:autoSpaceDN w:val="0"/>
        <w:spacing w:before="46" w:after="0" w:line="197" w:lineRule="auto"/>
      </w:pPr>
      <w:r>
        <w:rPr>
          <w:rFonts w:ascii="Calibri" w:eastAsia="Calibri" w:hAnsi="Calibri"/>
          <w:color w:val="000000"/>
          <w:sz w:val="20"/>
        </w:rPr>
        <w:t xml:space="preserve">(Nazwisko i imiona ojca dziecka) </w:t>
      </w:r>
    </w:p>
    <w:p w:rsidR="007A6298" w:rsidRDefault="00B65185">
      <w:pPr>
        <w:autoSpaceDE w:val="0"/>
        <w:autoSpaceDN w:val="0"/>
        <w:spacing w:before="134" w:after="0" w:line="245" w:lineRule="auto"/>
        <w:ind w:right="6192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(adres zamieszkania ojca dziecka) </w:t>
      </w:r>
    </w:p>
    <w:p w:rsidR="007A6298" w:rsidRDefault="00B65185">
      <w:pPr>
        <w:tabs>
          <w:tab w:val="left" w:pos="1210"/>
          <w:tab w:val="left" w:pos="1270"/>
        </w:tabs>
        <w:autoSpaceDE w:val="0"/>
        <w:autoSpaceDN w:val="0"/>
        <w:spacing w:before="138" w:after="0" w:line="245" w:lineRule="auto"/>
        <w:ind w:right="6192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(adres poczty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elektronicznej) </w:t>
      </w:r>
    </w:p>
    <w:p w:rsidR="007A6298" w:rsidRDefault="00B65185">
      <w:pPr>
        <w:tabs>
          <w:tab w:val="left" w:pos="966"/>
        </w:tabs>
        <w:autoSpaceDE w:val="0"/>
        <w:autoSpaceDN w:val="0"/>
        <w:spacing w:before="136" w:after="0" w:line="245" w:lineRule="auto"/>
        <w:ind w:right="6336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(telefon kontaktowy) </w:t>
      </w:r>
    </w:p>
    <w:p w:rsidR="007A6298" w:rsidRDefault="00B65185">
      <w:pPr>
        <w:autoSpaceDE w:val="0"/>
        <w:autoSpaceDN w:val="0"/>
        <w:spacing w:before="552" w:after="0" w:line="197" w:lineRule="auto"/>
        <w:ind w:right="2206"/>
        <w:jc w:val="right"/>
      </w:pPr>
      <w:r>
        <w:rPr>
          <w:rFonts w:ascii="Calibri" w:eastAsia="Calibri" w:hAnsi="Calibri"/>
          <w:b/>
          <w:color w:val="000000"/>
          <w:sz w:val="36"/>
        </w:rPr>
        <w:t xml:space="preserve"> Dyrektor </w:t>
      </w:r>
    </w:p>
    <w:p w:rsidR="007A6298" w:rsidRDefault="00B65185">
      <w:pPr>
        <w:autoSpaceDE w:val="0"/>
        <w:autoSpaceDN w:val="0"/>
        <w:spacing w:before="180" w:after="0" w:line="197" w:lineRule="auto"/>
        <w:ind w:right="756"/>
        <w:jc w:val="right"/>
      </w:pPr>
      <w:r>
        <w:rPr>
          <w:rFonts w:ascii="Calibri" w:eastAsia="Calibri" w:hAnsi="Calibri"/>
          <w:b/>
          <w:color w:val="000000"/>
          <w:sz w:val="36"/>
        </w:rPr>
        <w:t xml:space="preserve"> Zespołu Szkół i Placówek Oświatowych  </w:t>
      </w:r>
    </w:p>
    <w:p w:rsidR="007A6298" w:rsidRDefault="00B65185">
      <w:pPr>
        <w:autoSpaceDE w:val="0"/>
        <w:autoSpaceDN w:val="0"/>
        <w:spacing w:before="164" w:after="0" w:line="197" w:lineRule="auto"/>
        <w:ind w:right="2104"/>
        <w:jc w:val="right"/>
      </w:pPr>
      <w:r>
        <w:rPr>
          <w:rFonts w:ascii="Calibri" w:eastAsia="Calibri" w:hAnsi="Calibri"/>
          <w:b/>
          <w:color w:val="000000"/>
          <w:sz w:val="36"/>
        </w:rPr>
        <w:t xml:space="preserve"> w Lubiniu </w:t>
      </w:r>
    </w:p>
    <w:p w:rsidR="007A6298" w:rsidRDefault="00B65185">
      <w:pPr>
        <w:autoSpaceDE w:val="0"/>
        <w:autoSpaceDN w:val="0"/>
        <w:spacing w:before="298" w:after="0" w:line="192" w:lineRule="auto"/>
        <w:ind w:right="4732"/>
        <w:jc w:val="right"/>
      </w:pPr>
      <w:r>
        <w:rPr>
          <w:rFonts w:ascii="Calibri" w:eastAsia="Calibri" w:hAnsi="Calibri"/>
          <w:b/>
          <w:color w:val="000000"/>
          <w:w w:val="101"/>
          <w:sz w:val="24"/>
        </w:rPr>
        <w:t>WNIOSEK</w:t>
      </w:r>
    </w:p>
    <w:p w:rsidR="007A6298" w:rsidRDefault="00B65185">
      <w:pPr>
        <w:autoSpaceDE w:val="0"/>
        <w:autoSpaceDN w:val="0"/>
        <w:spacing w:before="286" w:after="0" w:line="192" w:lineRule="auto"/>
        <w:ind w:left="2280"/>
      </w:pPr>
      <w:r>
        <w:rPr>
          <w:rFonts w:ascii="Calibri" w:eastAsia="Calibri" w:hAnsi="Calibri"/>
          <w:b/>
          <w:color w:val="000000"/>
          <w:w w:val="101"/>
          <w:sz w:val="24"/>
        </w:rPr>
        <w:t xml:space="preserve">o przyjęcie dziecka do klasy pierwszej </w:t>
      </w:r>
    </w:p>
    <w:p w:rsidR="007A6298" w:rsidRDefault="00E3268F">
      <w:pPr>
        <w:autoSpaceDE w:val="0"/>
        <w:autoSpaceDN w:val="0"/>
        <w:spacing w:before="346" w:after="0" w:line="192" w:lineRule="auto"/>
        <w:ind w:right="3998"/>
        <w:jc w:val="right"/>
      </w:pPr>
      <w:r>
        <w:rPr>
          <w:rFonts w:ascii="Calibri" w:eastAsia="Calibri" w:hAnsi="Calibri"/>
          <w:b/>
          <w:color w:val="000000"/>
          <w:w w:val="101"/>
          <w:sz w:val="24"/>
        </w:rPr>
        <w:t xml:space="preserve">w </w:t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roku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</w:t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szkolnym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2026/2027</w:t>
      </w:r>
      <w:r w:rsidR="00B65185">
        <w:rPr>
          <w:rFonts w:ascii="Calibri" w:eastAsia="Calibri" w:hAnsi="Calibri"/>
          <w:b/>
          <w:color w:val="000000"/>
          <w:w w:val="101"/>
          <w:sz w:val="24"/>
        </w:rPr>
        <w:t xml:space="preserve"> </w:t>
      </w:r>
    </w:p>
    <w:p w:rsidR="007A6298" w:rsidRDefault="00B65185">
      <w:pPr>
        <w:autoSpaceDE w:val="0"/>
        <w:autoSpaceDN w:val="0"/>
        <w:spacing w:before="586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1. Imię i nazwisko kandydata. . . . . . . . . . . . . . . . . . . . . . . . . . . . . . . . . . . . . . . . . . . . . . . . . . . . . . </w:t>
      </w:r>
    </w:p>
    <w:p w:rsidR="007A6298" w:rsidRDefault="00B65185">
      <w:pPr>
        <w:autoSpaceDE w:val="0"/>
        <w:autoSpaceDN w:val="0"/>
        <w:spacing w:before="346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2. Data urodzenia . . . . . . . . . . . . . . . . . . . . . . . . . . . . . . . . . . . . . . . . . . . . . . . . . . . . . . . . . . . . . . . </w:t>
      </w:r>
    </w:p>
    <w:p w:rsidR="007A6298" w:rsidRDefault="00B65185">
      <w:pPr>
        <w:autoSpaceDE w:val="0"/>
        <w:autoSpaceDN w:val="0"/>
        <w:spacing w:before="346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3. Adres zamieszkania . . . . . . . . . . . . . . . . . . . . . . . . . . . . . . . . . . . . . . . . . . . . . . . . . . . . . . . . . . . </w:t>
      </w:r>
    </w:p>
    <w:p w:rsidR="007A6298" w:rsidRDefault="00B65185">
      <w:pPr>
        <w:autoSpaceDE w:val="0"/>
        <w:autoSpaceDN w:val="0"/>
        <w:spacing w:before="344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4. PESEL  . . . . . . . . . . . . . . . . . . . . . . . . . . . . . . . . </w:t>
      </w:r>
    </w:p>
    <w:p w:rsidR="007A6298" w:rsidRDefault="00B65185">
      <w:pPr>
        <w:autoSpaceDE w:val="0"/>
        <w:autoSpaceDN w:val="0"/>
        <w:spacing w:before="358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Jeśli kandydat nie posiada numeru PESEL, seria i numer paszportu lub innego dokumentu </w:t>
      </w:r>
    </w:p>
    <w:p w:rsidR="007A6298" w:rsidRDefault="00B65185">
      <w:pPr>
        <w:autoSpaceDE w:val="0"/>
        <w:autoSpaceDN w:val="0"/>
        <w:spacing w:before="200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potwierdzającego tożsamość . . . . . . . . . . . . . . . . . . . . . . . . . . . . . . . . . . . . . . . . . . . . . . . . . . . . </w:t>
      </w:r>
    </w:p>
    <w:p w:rsidR="007A6298" w:rsidRDefault="00B65185">
      <w:pPr>
        <w:autoSpaceDE w:val="0"/>
        <w:autoSpaceDN w:val="0"/>
        <w:spacing w:before="342" w:after="0" w:line="245" w:lineRule="auto"/>
        <w:ind w:right="1008"/>
      </w:pPr>
      <w:r>
        <w:rPr>
          <w:rFonts w:ascii="Calibri" w:eastAsia="Calibri" w:hAnsi="Calibri"/>
          <w:color w:val="000000"/>
          <w:sz w:val="24"/>
        </w:rPr>
        <w:t xml:space="preserve">5. Informacja o spełnianiu kryteriów ustalonych przez Burmistrza Miasta i Gminy Krzywiń wraz z poszczególną wartością punktową w postępowaniu  rekrutacyjnym: </w:t>
      </w:r>
    </w:p>
    <w:p w:rsidR="007A6298" w:rsidRDefault="007A6298">
      <w:pPr>
        <w:sectPr w:rsidR="007A6298">
          <w:type w:val="continuous"/>
          <w:pgSz w:w="11899" w:h="16841"/>
          <w:pgMar w:top="224" w:right="716" w:bottom="908" w:left="1416" w:header="720" w:footer="720" w:gutter="0"/>
          <w:cols w:space="720" w:equalWidth="0">
            <w:col w:w="9768" w:space="0"/>
          </w:cols>
          <w:docGrid w:linePitch="360"/>
        </w:sectPr>
      </w:pPr>
    </w:p>
    <w:p w:rsidR="007A6298" w:rsidRDefault="007A6298">
      <w:pPr>
        <w:autoSpaceDE w:val="0"/>
        <w:autoSpaceDN w:val="0"/>
        <w:spacing w:after="0" w:line="210" w:lineRule="exact"/>
      </w:pPr>
    </w:p>
    <w:tbl>
      <w:tblPr>
        <w:tblW w:w="9686" w:type="dxa"/>
        <w:tblInd w:w="100" w:type="dxa"/>
        <w:tblLayout w:type="fixed"/>
        <w:tblLook w:val="04A0" w:firstRow="1" w:lastRow="0" w:firstColumn="1" w:lastColumn="0" w:noHBand="0" w:noVBand="1"/>
      </w:tblPr>
      <w:tblGrid>
        <w:gridCol w:w="684"/>
        <w:gridCol w:w="5518"/>
        <w:gridCol w:w="1783"/>
        <w:gridCol w:w="1701"/>
      </w:tblGrid>
      <w:tr w:rsidR="007A6298" w:rsidTr="00E3268F">
        <w:trPr>
          <w:trHeight w:hRule="exact" w:val="121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40" w:after="0" w:line="197" w:lineRule="auto"/>
              <w:jc w:val="center"/>
            </w:pPr>
            <w:proofErr w:type="spellStart"/>
            <w:r>
              <w:rPr>
                <w:rFonts w:ascii="Calibri" w:eastAsia="Calibri" w:hAnsi="Calibri"/>
                <w:color w:val="000000"/>
                <w:sz w:val="24"/>
              </w:rPr>
              <w:t>Lp</w:t>
            </w:r>
            <w:proofErr w:type="spellEnd"/>
            <w:r>
              <w:rPr>
                <w:rFonts w:ascii="Calibri" w:eastAsia="Calibri" w:hAnsi="Calibri"/>
                <w:color w:val="000000"/>
                <w:sz w:val="24"/>
              </w:rPr>
              <w:t xml:space="preserve">. 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40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Kryterium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E3268F">
            <w:pPr>
              <w:autoSpaceDE w:val="0"/>
              <w:autoSpaceDN w:val="0"/>
              <w:spacing w:before="18" w:after="0" w:line="245" w:lineRule="auto"/>
              <w:ind w:left="150" w:right="158" w:hanging="12"/>
              <w:jc w:val="both"/>
            </w:pPr>
            <w:proofErr w:type="spellStart"/>
            <w:r>
              <w:rPr>
                <w:rFonts w:ascii="Calibri" w:eastAsia="Calibri" w:hAnsi="Calibri"/>
                <w:color w:val="000000"/>
                <w:w w:val="98"/>
                <w:sz w:val="23"/>
              </w:rPr>
              <w:t>Dokument</w:t>
            </w:r>
            <w:proofErr w:type="spellEnd"/>
            <w:r>
              <w:rPr>
                <w:rFonts w:ascii="Calibri" w:eastAsia="Calibri" w:hAnsi="Calibri"/>
                <w:color w:val="000000"/>
                <w:w w:val="98"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color w:val="000000"/>
                <w:w w:val="98"/>
                <w:sz w:val="23"/>
              </w:rPr>
              <w:t>potwierdzający</w:t>
            </w:r>
            <w:proofErr w:type="spellEnd"/>
            <w:r>
              <w:rPr>
                <w:rFonts w:ascii="Calibri" w:eastAsia="Calibri" w:hAnsi="Calibri"/>
                <w:color w:val="000000"/>
                <w:w w:val="98"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color w:val="000000"/>
                <w:w w:val="98"/>
                <w:sz w:val="23"/>
              </w:rPr>
              <w:t>spełnienie</w:t>
            </w:r>
            <w:proofErr w:type="spellEnd"/>
            <w:r>
              <w:rPr>
                <w:rFonts w:ascii="Calibri" w:eastAsia="Calibri" w:hAnsi="Calibri"/>
                <w:color w:val="000000"/>
                <w:w w:val="98"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color w:val="000000"/>
                <w:w w:val="98"/>
                <w:sz w:val="23"/>
              </w:rPr>
              <w:t>kryterium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18" w:after="0" w:line="245" w:lineRule="auto"/>
              <w:ind w:left="288" w:right="288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Wartość </w:t>
            </w:r>
            <w:r>
              <w:br/>
            </w:r>
            <w:r>
              <w:rPr>
                <w:rFonts w:ascii="Calibri" w:eastAsia="Calibri" w:hAnsi="Calibri"/>
                <w:color w:val="000000"/>
                <w:sz w:val="24"/>
              </w:rPr>
              <w:t xml:space="preserve">kryterium </w:t>
            </w:r>
            <w:r>
              <w:rPr>
                <w:rFonts w:ascii="Calibri" w:eastAsia="Calibri" w:hAnsi="Calibri"/>
                <w:color w:val="000000"/>
                <w:w w:val="101"/>
                <w:sz w:val="23"/>
              </w:rPr>
              <w:t>w punktach</w:t>
            </w:r>
          </w:p>
        </w:tc>
      </w:tr>
      <w:tr w:rsidR="007A6298" w:rsidTr="00E3268F">
        <w:trPr>
          <w:trHeight w:hRule="exact" w:val="984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154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1 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48" w:after="0" w:line="245" w:lineRule="auto"/>
              <w:ind w:left="100" w:right="288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kandydat uczęszczał do przedszkola wchodzącego w skład zespołu szkół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E3268F" w:rsidP="00E3268F">
            <w:pPr>
              <w:jc w:val="center"/>
            </w:pPr>
            <w:proofErr w:type="spellStart"/>
            <w:r>
              <w:t>oświadczenie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154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10 p </w:t>
            </w:r>
          </w:p>
        </w:tc>
      </w:tr>
      <w:tr w:rsidR="007A6298" w:rsidTr="00E3268F">
        <w:trPr>
          <w:trHeight w:hRule="exact" w:val="986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346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2 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48" w:after="0" w:line="245" w:lineRule="auto"/>
              <w:ind w:left="100" w:right="506"/>
              <w:jc w:val="both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rodzeństwo kandydata spełnia obowiązek szkolny we wskazanej szkole podstawowej, wchodzącej w skład zespołu szkół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E3268F" w:rsidP="00E3268F">
            <w:pPr>
              <w:jc w:val="center"/>
            </w:pPr>
            <w:proofErr w:type="spellStart"/>
            <w:r>
              <w:t>oświadczenie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346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10 p </w:t>
            </w:r>
          </w:p>
        </w:tc>
      </w:tr>
      <w:tr w:rsidR="007A6298" w:rsidTr="00E3268F">
        <w:trPr>
          <w:trHeight w:hRule="exact" w:val="984"/>
        </w:trPr>
        <w:tc>
          <w:tcPr>
            <w:tcW w:w="68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4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3 </w:t>
            </w:r>
          </w:p>
        </w:tc>
        <w:tc>
          <w:tcPr>
            <w:tcW w:w="551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48" w:after="0" w:line="245" w:lineRule="auto"/>
              <w:ind w:left="100" w:right="288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miejsce pracy jednego lub obojga rodziców znajduje się na terenie gminy Krzywiń </w:t>
            </w:r>
          </w:p>
        </w:tc>
        <w:tc>
          <w:tcPr>
            <w:tcW w:w="178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E3268F" w:rsidP="00E3268F">
            <w:pPr>
              <w:jc w:val="center"/>
            </w:pPr>
            <w:proofErr w:type="spellStart"/>
            <w:r>
              <w:t>zaświadczenie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346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10 p </w:t>
            </w:r>
          </w:p>
        </w:tc>
      </w:tr>
      <w:tr w:rsidR="007A6298" w:rsidTr="00E3268F">
        <w:trPr>
          <w:trHeight w:hRule="exact" w:val="988"/>
        </w:trPr>
        <w:tc>
          <w:tcPr>
            <w:tcW w:w="6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346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4 </w:t>
            </w:r>
          </w:p>
        </w:tc>
        <w:tc>
          <w:tcPr>
            <w:tcW w:w="551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48" w:after="0" w:line="245" w:lineRule="auto"/>
              <w:ind w:left="100" w:right="288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krewni kandydata, wspierający rodziców kandydata w zapewnieniu mu należytej opieki, zamieszkują w obwodzie szkoły </w:t>
            </w:r>
          </w:p>
        </w:tc>
        <w:tc>
          <w:tcPr>
            <w:tcW w:w="178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E3268F" w:rsidP="00E3268F">
            <w:pPr>
              <w:jc w:val="center"/>
            </w:pPr>
            <w:r>
              <w:t>oświadczenie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7A6298" w:rsidRDefault="00B65185">
            <w:pPr>
              <w:autoSpaceDE w:val="0"/>
              <w:autoSpaceDN w:val="0"/>
              <w:spacing w:before="346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4"/>
              </w:rPr>
              <w:t xml:space="preserve">10 p </w:t>
            </w:r>
          </w:p>
        </w:tc>
      </w:tr>
    </w:tbl>
    <w:p w:rsidR="007A6298" w:rsidRDefault="00B65185">
      <w:pPr>
        <w:autoSpaceDE w:val="0"/>
        <w:autoSpaceDN w:val="0"/>
        <w:spacing w:before="844" w:after="0" w:line="245" w:lineRule="auto"/>
        <w:ind w:right="432"/>
      </w:pPr>
      <w:proofErr w:type="spellStart"/>
      <w:r>
        <w:rPr>
          <w:rFonts w:ascii="Calibri" w:eastAsia="Calibri" w:hAnsi="Calibri"/>
          <w:i/>
          <w:color w:val="000000"/>
          <w:sz w:val="24"/>
        </w:rPr>
        <w:t>Za</w:t>
      </w:r>
      <w:proofErr w:type="spellEnd"/>
      <w:r>
        <w:rPr>
          <w:rFonts w:ascii="Calibri" w:eastAsia="Calibri" w:hAnsi="Calibri"/>
          <w:i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24"/>
        </w:rPr>
        <w:t>spełnianie</w:t>
      </w:r>
      <w:proofErr w:type="spellEnd"/>
      <w:r>
        <w:rPr>
          <w:rFonts w:ascii="Calibri" w:eastAsia="Calibri" w:hAnsi="Calibri"/>
          <w:i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24"/>
        </w:rPr>
        <w:t>wszystkich</w:t>
      </w:r>
      <w:proofErr w:type="spellEnd"/>
      <w:r>
        <w:rPr>
          <w:rFonts w:ascii="Calibri" w:eastAsia="Calibri" w:hAnsi="Calibri"/>
          <w:i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24"/>
        </w:rPr>
        <w:t>wyżej</w:t>
      </w:r>
      <w:proofErr w:type="spellEnd"/>
      <w:r>
        <w:rPr>
          <w:rFonts w:ascii="Calibri" w:eastAsia="Calibri" w:hAnsi="Calibri"/>
          <w:i/>
          <w:color w:val="000000"/>
          <w:sz w:val="24"/>
        </w:rPr>
        <w:t xml:space="preserve"> wymienionych kryteriów kandydat może uzyskać max 40 pkt. O przyjęciu dziecka spoza obwodu decyduje liczba uzyskanych punktów. </w:t>
      </w:r>
    </w:p>
    <w:p w:rsidR="007A6298" w:rsidRDefault="00B65185">
      <w:pPr>
        <w:autoSpaceDE w:val="0"/>
        <w:autoSpaceDN w:val="0"/>
        <w:spacing w:before="352" w:after="0" w:line="197" w:lineRule="auto"/>
        <w:ind w:left="216"/>
      </w:pPr>
      <w:r>
        <w:rPr>
          <w:rFonts w:ascii="Calibri" w:eastAsia="Calibri" w:hAnsi="Calibri"/>
          <w:color w:val="000000"/>
          <w:sz w:val="24"/>
        </w:rPr>
        <w:t xml:space="preserve">6. Dziecko obecnie realizuje obowiązek przygotowania przedszkolnego: </w:t>
      </w:r>
    </w:p>
    <w:p w:rsidR="007A6298" w:rsidRDefault="00B65185">
      <w:pPr>
        <w:tabs>
          <w:tab w:val="left" w:pos="3712"/>
        </w:tabs>
        <w:autoSpaceDE w:val="0"/>
        <w:autoSpaceDN w:val="0"/>
        <w:spacing w:before="348" w:after="0" w:line="245" w:lineRule="auto"/>
        <w:ind w:left="266"/>
      </w:pP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. . . . . . . </w:t>
      </w:r>
      <w:r>
        <w:tab/>
      </w:r>
      <w:r>
        <w:rPr>
          <w:rFonts w:ascii="Calibri" w:eastAsia="Calibri" w:hAnsi="Calibri"/>
          <w:i/>
          <w:color w:val="000000"/>
          <w:sz w:val="20"/>
        </w:rPr>
        <w:t xml:space="preserve"> nazwa i  adres placówki </w:t>
      </w:r>
    </w:p>
    <w:p w:rsidR="007A6298" w:rsidRDefault="00B65185">
      <w:pPr>
        <w:autoSpaceDE w:val="0"/>
        <w:autoSpaceDN w:val="0"/>
        <w:spacing w:before="350" w:after="0" w:line="197" w:lineRule="auto"/>
        <w:ind w:left="216"/>
      </w:pPr>
      <w:r>
        <w:rPr>
          <w:rFonts w:ascii="Calibri" w:eastAsia="Calibri" w:hAnsi="Calibri"/>
          <w:color w:val="000000"/>
          <w:sz w:val="24"/>
        </w:rPr>
        <w:t xml:space="preserve">7. Informuję/informujemy , że szkołą obwodową dziecka jest: </w:t>
      </w:r>
    </w:p>
    <w:p w:rsidR="007A6298" w:rsidRDefault="00B65185">
      <w:pPr>
        <w:autoSpaceDE w:val="0"/>
        <w:autoSpaceDN w:val="0"/>
        <w:spacing w:before="346" w:after="0" w:line="245" w:lineRule="auto"/>
        <w:ind w:left="144"/>
        <w:jc w:val="center"/>
      </w:pP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. . . . . . . </w:t>
      </w:r>
      <w:r>
        <w:rPr>
          <w:rFonts w:ascii="Calibri" w:eastAsia="Calibri" w:hAnsi="Calibri"/>
          <w:i/>
          <w:color w:val="000000"/>
          <w:sz w:val="20"/>
        </w:rPr>
        <w:t xml:space="preserve">nazwa i adres szkoły obwodowej </w:t>
      </w:r>
    </w:p>
    <w:p w:rsidR="007A6298" w:rsidRDefault="00B65185">
      <w:pPr>
        <w:autoSpaceDE w:val="0"/>
        <w:autoSpaceDN w:val="0"/>
        <w:spacing w:before="354" w:after="0" w:line="192" w:lineRule="auto"/>
        <w:ind w:left="216"/>
      </w:pPr>
      <w:r>
        <w:rPr>
          <w:rFonts w:ascii="Calibri" w:eastAsia="Calibri" w:hAnsi="Calibri"/>
          <w:color w:val="000000"/>
          <w:w w:val="101"/>
          <w:sz w:val="24"/>
        </w:rPr>
        <w:t>8.Informacje o złożenie wniosku o przyjęcie kandydata do więcej niż jednej szkoły.</w:t>
      </w:r>
    </w:p>
    <w:p w:rsidR="007A6298" w:rsidRDefault="00B65185">
      <w:pPr>
        <w:autoSpaceDE w:val="0"/>
        <w:autoSpaceDN w:val="0"/>
        <w:spacing w:before="144" w:after="0" w:line="245" w:lineRule="auto"/>
        <w:ind w:left="216" w:right="288"/>
      </w:pPr>
      <w:r>
        <w:rPr>
          <w:rFonts w:ascii="Calibri" w:eastAsia="Calibri" w:hAnsi="Calibri"/>
          <w:i/>
          <w:color w:val="000000"/>
          <w:sz w:val="24"/>
        </w:rPr>
        <w:t xml:space="preserve">Jeżeli wnioskodawca skorzystał z prawa składania wniosku o przyjęcie kandydata do więcej niż jednej szkoły zobowiązany jest wpisać nazwy szkoły, w kolejności od najbardziej do najmniej preferowanych. </w:t>
      </w:r>
    </w:p>
    <w:p w:rsidR="007A6298" w:rsidRDefault="00B65185">
      <w:pPr>
        <w:autoSpaceDE w:val="0"/>
        <w:autoSpaceDN w:val="0"/>
        <w:spacing w:before="82" w:after="0" w:line="262" w:lineRule="auto"/>
        <w:ind w:left="576"/>
      </w:pPr>
      <w:r>
        <w:rPr>
          <w:rFonts w:ascii="Times New Roman" w:eastAsia="Times New Roman" w:hAnsi="Times New Roman"/>
          <w:color w:val="000000"/>
          <w:sz w:val="23"/>
        </w:rPr>
        <w:t>1.</w:t>
      </w:r>
      <w:r>
        <w:rPr>
          <w:rFonts w:ascii="Calibri" w:eastAsia="Calibri" w:hAnsi="Calibri"/>
          <w:color w:val="000000"/>
          <w:sz w:val="24"/>
        </w:rPr>
        <w:t xml:space="preserve">Pierwszy wybór </w:t>
      </w:r>
    </w:p>
    <w:p w:rsidR="007A6298" w:rsidRDefault="00B65185">
      <w:pPr>
        <w:tabs>
          <w:tab w:val="left" w:pos="924"/>
          <w:tab w:val="left" w:pos="3568"/>
        </w:tabs>
        <w:autoSpaceDE w:val="0"/>
        <w:autoSpaceDN w:val="0"/>
        <w:spacing w:before="146" w:after="0" w:line="245" w:lineRule="auto"/>
        <w:ind w:left="576" w:right="144"/>
      </w:pPr>
      <w:r>
        <w:tab/>
      </w: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</w:t>
      </w:r>
      <w:r>
        <w:tab/>
      </w:r>
      <w:r>
        <w:rPr>
          <w:rFonts w:ascii="Calibri" w:eastAsia="Calibri" w:hAnsi="Calibri"/>
          <w:i/>
          <w:color w:val="000000"/>
          <w:sz w:val="20"/>
        </w:rPr>
        <w:t xml:space="preserve">nazwa i  adres placówki </w:t>
      </w:r>
      <w:r>
        <w:br/>
      </w:r>
      <w:r>
        <w:rPr>
          <w:rFonts w:ascii="Times New Roman" w:eastAsia="Times New Roman" w:hAnsi="Times New Roman"/>
          <w:color w:val="000000"/>
          <w:sz w:val="23"/>
        </w:rPr>
        <w:t>2.</w:t>
      </w:r>
      <w:r>
        <w:rPr>
          <w:rFonts w:ascii="Calibri" w:eastAsia="Calibri" w:hAnsi="Calibri"/>
          <w:color w:val="000000"/>
          <w:sz w:val="24"/>
        </w:rPr>
        <w:t xml:space="preserve">Drugi wybór </w:t>
      </w:r>
    </w:p>
    <w:p w:rsidR="007A6298" w:rsidRDefault="00B65185">
      <w:pPr>
        <w:tabs>
          <w:tab w:val="left" w:pos="924"/>
          <w:tab w:val="left" w:pos="3568"/>
        </w:tabs>
        <w:autoSpaceDE w:val="0"/>
        <w:autoSpaceDN w:val="0"/>
        <w:spacing w:before="102" w:after="0" w:line="245" w:lineRule="auto"/>
        <w:ind w:left="576"/>
      </w:pPr>
      <w:r>
        <w:tab/>
      </w: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. </w:t>
      </w:r>
      <w:r>
        <w:tab/>
      </w:r>
      <w:r>
        <w:rPr>
          <w:rFonts w:ascii="Calibri" w:eastAsia="Calibri" w:hAnsi="Calibri"/>
          <w:color w:val="000000"/>
          <w:sz w:val="20"/>
        </w:rPr>
        <w:t>n</w:t>
      </w:r>
      <w:r>
        <w:rPr>
          <w:rFonts w:ascii="Calibri" w:eastAsia="Calibri" w:hAnsi="Calibri"/>
          <w:i/>
          <w:color w:val="000000"/>
          <w:sz w:val="20"/>
        </w:rPr>
        <w:t xml:space="preserve">azwa i  adres placówki </w:t>
      </w:r>
      <w:r>
        <w:br/>
      </w:r>
      <w:r>
        <w:rPr>
          <w:rFonts w:ascii="Times New Roman" w:eastAsia="Times New Roman" w:hAnsi="Times New Roman"/>
          <w:color w:val="000000"/>
          <w:sz w:val="23"/>
        </w:rPr>
        <w:t>3.</w:t>
      </w:r>
      <w:r>
        <w:rPr>
          <w:rFonts w:ascii="Calibri" w:eastAsia="Calibri" w:hAnsi="Calibri"/>
          <w:color w:val="000000"/>
          <w:sz w:val="24"/>
        </w:rPr>
        <w:t xml:space="preserve">Trzeci wybór </w:t>
      </w:r>
    </w:p>
    <w:p w:rsidR="007A6298" w:rsidRDefault="00B65185">
      <w:pPr>
        <w:tabs>
          <w:tab w:val="left" w:pos="3568"/>
        </w:tabs>
        <w:autoSpaceDE w:val="0"/>
        <w:autoSpaceDN w:val="0"/>
        <w:spacing w:before="144" w:after="0" w:line="245" w:lineRule="auto"/>
        <w:ind w:left="924"/>
      </w:pP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. </w:t>
      </w:r>
      <w:r>
        <w:tab/>
      </w:r>
      <w:r>
        <w:rPr>
          <w:rFonts w:ascii="Calibri" w:eastAsia="Calibri" w:hAnsi="Calibri"/>
          <w:i/>
          <w:color w:val="000000"/>
          <w:sz w:val="20"/>
        </w:rPr>
        <w:t xml:space="preserve">nazwa i  adres placówki </w:t>
      </w:r>
    </w:p>
    <w:p w:rsidR="007A6298" w:rsidRDefault="007A6298">
      <w:pPr>
        <w:sectPr w:rsidR="007A6298">
          <w:pgSz w:w="11899" w:h="16841"/>
          <w:pgMar w:top="210" w:right="1222" w:bottom="1048" w:left="1200" w:header="720" w:footer="720" w:gutter="0"/>
          <w:cols w:space="720" w:equalWidth="0">
            <w:col w:w="9478" w:space="0"/>
          </w:cols>
          <w:docGrid w:linePitch="360"/>
        </w:sectPr>
      </w:pPr>
    </w:p>
    <w:p w:rsidR="007A6298" w:rsidRDefault="007A6298">
      <w:pPr>
        <w:autoSpaceDE w:val="0"/>
        <w:autoSpaceDN w:val="0"/>
        <w:spacing w:after="14" w:line="220" w:lineRule="exact"/>
      </w:pPr>
    </w:p>
    <w:p w:rsidR="007A6298" w:rsidRDefault="00B65185">
      <w:pPr>
        <w:autoSpaceDE w:val="0"/>
        <w:autoSpaceDN w:val="0"/>
        <w:spacing w:after="0" w:line="197" w:lineRule="auto"/>
        <w:ind w:left="216"/>
      </w:pPr>
      <w:r>
        <w:rPr>
          <w:rFonts w:ascii="Calibri" w:eastAsia="Calibri" w:hAnsi="Calibri"/>
          <w:b/>
          <w:color w:val="000000"/>
          <w:sz w:val="24"/>
        </w:rPr>
        <w:t xml:space="preserve">Pouczenie: </w:t>
      </w:r>
    </w:p>
    <w:p w:rsidR="007A6298" w:rsidRDefault="00B65185">
      <w:pPr>
        <w:autoSpaceDE w:val="0"/>
        <w:autoSpaceDN w:val="0"/>
        <w:spacing w:before="334" w:after="0" w:line="288" w:lineRule="exact"/>
        <w:ind w:firstLine="434"/>
      </w:pPr>
      <w:r>
        <w:rPr>
          <w:rFonts w:ascii="Calibri" w:eastAsia="Calibri" w:hAnsi="Calibri"/>
          <w:color w:val="000000"/>
          <w:sz w:val="24"/>
        </w:rPr>
        <w:t xml:space="preserve"> Oświadczam, że zapoznałam/em się z </w:t>
      </w:r>
      <w:r>
        <w:rPr>
          <w:rFonts w:ascii="Calibri" w:eastAsia="Calibri" w:hAnsi="Calibri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Calibri" w:eastAsia="Calibri" w:hAnsi="Calibri"/>
          <w:color w:val="000000"/>
          <w:sz w:val="24"/>
        </w:rPr>
        <w:t xml:space="preserve">Klauzula zamieszczona jest w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REGULAMINIE REKRUTACJI  DO KLASY PIERWSZEJ SZKOŁY PODSTAWOWEJ  IM. ADAMA MICKIEWICZA W LUBINIU </w:t>
      </w:r>
      <w:r>
        <w:br/>
      </w:r>
      <w:r>
        <w:rPr>
          <w:rFonts w:ascii="Calibri" w:eastAsia="Calibri" w:hAnsi="Calibri"/>
          <w:color w:val="000000"/>
          <w:sz w:val="24"/>
        </w:rPr>
        <w:t xml:space="preserve">oraz na stronie internetowej szkoły </w:t>
      </w:r>
      <w:hyperlink r:id="rId6" w:history="1">
        <w:r>
          <w:rPr>
            <w:rFonts w:ascii="Times New Roman" w:eastAsia="Times New Roman" w:hAnsi="Times New Roman"/>
            <w:color w:val="0000FF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</w:t>
      </w:r>
    </w:p>
    <w:p w:rsidR="007A6298" w:rsidRDefault="00B65185">
      <w:pPr>
        <w:autoSpaceDE w:val="0"/>
        <w:autoSpaceDN w:val="0"/>
        <w:spacing w:before="338" w:after="0" w:line="245" w:lineRule="auto"/>
        <w:ind w:right="1584"/>
      </w:pPr>
      <w:r>
        <w:rPr>
          <w:rFonts w:ascii="Calibri" w:eastAsia="Calibri" w:hAnsi="Calibri"/>
          <w:color w:val="000000"/>
          <w:sz w:val="24"/>
        </w:rPr>
        <w:t xml:space="preserve">................................                          ………………………                        ………………………. </w:t>
      </w:r>
      <w:r>
        <w:rPr>
          <w:rFonts w:ascii="Calibri" w:eastAsia="Calibri" w:hAnsi="Calibri"/>
          <w:color w:val="000000"/>
          <w:sz w:val="20"/>
        </w:rPr>
        <w:t xml:space="preserve"> (miejscowość i data)                                           (podpis matki                                 (podpis ojca) </w:t>
      </w:r>
    </w:p>
    <w:p w:rsidR="007A6298" w:rsidRDefault="00B65185">
      <w:pPr>
        <w:autoSpaceDE w:val="0"/>
        <w:autoSpaceDN w:val="0"/>
        <w:spacing w:before="474" w:after="0" w:line="245" w:lineRule="auto"/>
        <w:ind w:left="216" w:right="576"/>
      </w:pPr>
      <w:r>
        <w:rPr>
          <w:rFonts w:ascii="Calibri" w:eastAsia="Calibri" w:hAnsi="Calibri"/>
          <w:b/>
          <w:color w:val="000000"/>
          <w:w w:val="101"/>
          <w:sz w:val="23"/>
        </w:rPr>
        <w:t xml:space="preserve">Oświadczenie wnioskodawcy: </w:t>
      </w:r>
      <w:r>
        <w:br/>
      </w:r>
      <w:r>
        <w:rPr>
          <w:rFonts w:ascii="Calibri" w:eastAsia="Calibri" w:hAnsi="Calibri"/>
          <w:color w:val="000000"/>
          <w:sz w:val="24"/>
        </w:rPr>
        <w:t>Oświadczam, że dane podane w niniejszym zgłoszeniu są zgodne ze stanem faktycznym i „</w:t>
      </w:r>
      <w:r>
        <w:rPr>
          <w:rFonts w:ascii="Calibri" w:eastAsia="Calibri" w:hAnsi="Calibri"/>
          <w:i/>
          <w:color w:val="000000"/>
          <w:sz w:val="24"/>
        </w:rPr>
        <w:t>Jestem świadomy odpowiedzialności karnej za złożenie fałszywego oświadczenia”</w:t>
      </w:r>
      <w:r>
        <w:rPr>
          <w:rFonts w:ascii="Calibri" w:eastAsia="Calibri" w:hAnsi="Calibri"/>
          <w:color w:val="000000"/>
          <w:sz w:val="24"/>
        </w:rPr>
        <w:t xml:space="preserve">. </w:t>
      </w:r>
    </w:p>
    <w:p w:rsidR="007A6298" w:rsidRDefault="00B65185">
      <w:pPr>
        <w:autoSpaceDE w:val="0"/>
        <w:autoSpaceDN w:val="0"/>
        <w:spacing w:before="54" w:after="350" w:line="245" w:lineRule="auto"/>
        <w:ind w:left="216" w:right="288"/>
      </w:pPr>
      <w:r>
        <w:rPr>
          <w:rFonts w:ascii="Calibri" w:eastAsia="Calibri" w:hAnsi="Calibri"/>
          <w:color w:val="000000"/>
          <w:sz w:val="24"/>
        </w:rPr>
        <w:t xml:space="preserve">Niniejszym przyjmuję do wiadomości i wyrażam zgodę na przetwarzanie danych </w:t>
      </w:r>
      <w:r>
        <w:br/>
      </w:r>
      <w:r>
        <w:rPr>
          <w:rFonts w:ascii="Calibri" w:eastAsia="Calibri" w:hAnsi="Calibri"/>
          <w:color w:val="000000"/>
          <w:sz w:val="24"/>
        </w:rPr>
        <w:t xml:space="preserve">osobowych zawartych w niniejszym podaniu, w celu przeprowadzenia procedury rekrutacji w Zespole Szkół i Placówek Oświatowych w Lubiniu. </w:t>
      </w:r>
    </w:p>
    <w:p w:rsidR="007A6298" w:rsidRDefault="007A6298">
      <w:pPr>
        <w:sectPr w:rsidR="007A6298">
          <w:pgSz w:w="11899" w:h="16841"/>
          <w:pgMar w:top="234" w:right="1252" w:bottom="158" w:left="1200" w:header="720" w:footer="720" w:gutter="0"/>
          <w:cols w:space="720" w:equalWidth="0">
            <w:col w:w="9448" w:space="0"/>
          </w:cols>
          <w:docGrid w:linePitch="360"/>
        </w:sectPr>
      </w:pPr>
    </w:p>
    <w:p w:rsidR="007A6298" w:rsidRDefault="00B65185">
      <w:pPr>
        <w:autoSpaceDE w:val="0"/>
        <w:autoSpaceDN w:val="0"/>
        <w:spacing w:after="0" w:line="197" w:lineRule="auto"/>
        <w:ind w:left="602"/>
      </w:pPr>
      <w:r>
        <w:rPr>
          <w:rFonts w:ascii="Calibri" w:eastAsia="Calibri" w:hAnsi="Calibri"/>
          <w:color w:val="000000"/>
          <w:sz w:val="24"/>
        </w:rPr>
        <w:t xml:space="preserve">Data przyjęcia wniosku </w:t>
      </w:r>
    </w:p>
    <w:p w:rsidR="007A6298" w:rsidRDefault="00B65185">
      <w:pPr>
        <w:autoSpaceDE w:val="0"/>
        <w:autoSpaceDN w:val="0"/>
        <w:spacing w:before="648" w:after="0" w:line="197" w:lineRule="auto"/>
        <w:ind w:left="272"/>
      </w:pPr>
      <w:r>
        <w:rPr>
          <w:rFonts w:ascii="Calibri" w:eastAsia="Calibri" w:hAnsi="Calibri"/>
          <w:color w:val="000000"/>
          <w:sz w:val="24"/>
        </w:rPr>
        <w:t xml:space="preserve">………………………………………… </w:t>
      </w:r>
    </w:p>
    <w:p w:rsidR="007A6298" w:rsidRDefault="00B65185">
      <w:pPr>
        <w:autoSpaceDE w:val="0"/>
        <w:autoSpaceDN w:val="0"/>
        <w:spacing w:before="638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Załączniki do wniosku: </w:t>
      </w:r>
    </w:p>
    <w:p w:rsidR="007A6298" w:rsidRDefault="007A6298">
      <w:pPr>
        <w:sectPr w:rsidR="007A6298">
          <w:type w:val="continuous"/>
          <w:pgSz w:w="11899" w:h="16841"/>
          <w:pgMar w:top="234" w:right="1252" w:bottom="158" w:left="1200" w:header="720" w:footer="720" w:gutter="0"/>
          <w:cols w:num="2" w:space="720" w:equalWidth="0">
            <w:col w:w="3997" w:space="0"/>
            <w:col w:w="5450" w:space="0"/>
          </w:cols>
          <w:docGrid w:linePitch="360"/>
        </w:sectPr>
      </w:pPr>
    </w:p>
    <w:p w:rsidR="007A6298" w:rsidRDefault="00B65185">
      <w:pPr>
        <w:tabs>
          <w:tab w:val="left" w:pos="2436"/>
        </w:tabs>
        <w:autoSpaceDE w:val="0"/>
        <w:autoSpaceDN w:val="0"/>
        <w:spacing w:after="0" w:line="245" w:lineRule="auto"/>
        <w:ind w:left="1022" w:right="864"/>
      </w:pPr>
      <w:r>
        <w:rPr>
          <w:rFonts w:ascii="Calibri" w:eastAsia="Calibri" w:hAnsi="Calibri"/>
          <w:color w:val="000000"/>
          <w:sz w:val="24"/>
        </w:rPr>
        <w:t xml:space="preserve">Podpis rodzica/rodziców </w:t>
      </w:r>
      <w:r>
        <w:br/>
      </w:r>
      <w:r>
        <w:tab/>
      </w:r>
      <w:r>
        <w:rPr>
          <w:rFonts w:ascii="Calibri" w:eastAsia="Calibri" w:hAnsi="Calibri"/>
          <w:color w:val="000000"/>
          <w:sz w:val="24"/>
        </w:rPr>
        <w:t xml:space="preserve">składających wniosek </w:t>
      </w:r>
    </w:p>
    <w:p w:rsidR="007A6298" w:rsidRDefault="00B65185">
      <w:pPr>
        <w:autoSpaceDE w:val="0"/>
        <w:autoSpaceDN w:val="0"/>
        <w:spacing w:before="356" w:after="1066" w:line="197" w:lineRule="auto"/>
        <w:ind w:left="1336"/>
      </w:pPr>
      <w:r>
        <w:rPr>
          <w:rFonts w:ascii="Calibri" w:eastAsia="Calibri" w:hAnsi="Calibri"/>
          <w:color w:val="000000"/>
          <w:sz w:val="24"/>
        </w:rPr>
        <w:t xml:space="preserve">…………………………………………… </w:t>
      </w:r>
    </w:p>
    <w:p w:rsidR="007A6298" w:rsidRDefault="007A6298">
      <w:pPr>
        <w:sectPr w:rsidR="007A6298">
          <w:type w:val="nextColumn"/>
          <w:pgSz w:w="11899" w:h="16841"/>
          <w:pgMar w:top="234" w:right="1252" w:bottom="158" w:left="1200" w:header="720" w:footer="720" w:gutter="0"/>
          <w:cols w:num="2" w:space="720" w:equalWidth="0">
            <w:col w:w="3997" w:space="0"/>
            <w:col w:w="5450" w:space="0"/>
          </w:cols>
          <w:docGrid w:linePitch="360"/>
        </w:sectPr>
      </w:pPr>
    </w:p>
    <w:p w:rsidR="007A6298" w:rsidRDefault="00B65185">
      <w:pPr>
        <w:autoSpaceDE w:val="0"/>
        <w:autoSpaceDN w:val="0"/>
        <w:spacing w:after="0" w:line="389" w:lineRule="auto"/>
        <w:ind w:left="116" w:right="142"/>
        <w:jc w:val="both"/>
      </w:pP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:rsidR="007A6298" w:rsidRDefault="00B65185">
      <w:pPr>
        <w:autoSpaceDE w:val="0"/>
        <w:autoSpaceDN w:val="0"/>
        <w:spacing w:before="348" w:after="0" w:line="425" w:lineRule="auto"/>
        <w:ind w:left="116"/>
      </w:pPr>
      <w:r>
        <w:rPr>
          <w:rFonts w:ascii="Calibri" w:eastAsia="Calibri" w:hAnsi="Calibri"/>
          <w:color w:val="000000"/>
          <w:sz w:val="24"/>
        </w:rPr>
        <w:t xml:space="preserve">Adnotacje Komisji Rekrutacyjnej: </w:t>
      </w:r>
      <w:r>
        <w:br/>
      </w: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:rsidR="007A6298" w:rsidRDefault="00B65185">
      <w:pPr>
        <w:autoSpaceDE w:val="0"/>
        <w:autoSpaceDN w:val="0"/>
        <w:spacing w:before="460" w:after="0" w:line="197" w:lineRule="auto"/>
        <w:ind w:right="310"/>
        <w:jc w:val="right"/>
      </w:pPr>
      <w:r>
        <w:rPr>
          <w:rFonts w:ascii="Calibri" w:eastAsia="Calibri" w:hAnsi="Calibri"/>
          <w:color w:val="000000"/>
          <w:sz w:val="24"/>
        </w:rPr>
        <w:t xml:space="preserve">Podpisy Komisji Rekrutacyjnej </w:t>
      </w:r>
    </w:p>
    <w:p w:rsidR="007A6298" w:rsidRDefault="00B65185">
      <w:pPr>
        <w:tabs>
          <w:tab w:val="left" w:pos="398"/>
        </w:tabs>
        <w:autoSpaceDE w:val="0"/>
        <w:autoSpaceDN w:val="0"/>
        <w:spacing w:before="1072" w:after="0" w:line="283" w:lineRule="auto"/>
        <w:ind w:left="116"/>
      </w:pPr>
      <w:r>
        <w:rPr>
          <w:rFonts w:ascii="Cambria Math" w:eastAsia="Cambria Math" w:hAnsi="Cambria Math"/>
          <w:color w:val="000000"/>
          <w:sz w:val="24"/>
        </w:rPr>
        <w:lastRenderedPageBreak/>
        <w:t>∗</w:t>
      </w:r>
      <w:r>
        <w:rPr>
          <w:rFonts w:ascii="Calibri" w:eastAsia="Calibri" w:hAnsi="Calibri"/>
          <w:color w:val="000000"/>
          <w:sz w:val="24"/>
        </w:rPr>
        <w:t xml:space="preserve"> rodzice – należy przez to rozumieć także prawnych opiekunów dziecka oraz osoby (podmioty) </w:t>
      </w:r>
      <w:r>
        <w:tab/>
      </w:r>
      <w:r>
        <w:rPr>
          <w:rFonts w:ascii="Calibri" w:eastAsia="Calibri" w:hAnsi="Calibri"/>
          <w:color w:val="000000"/>
          <w:sz w:val="24"/>
        </w:rPr>
        <w:t xml:space="preserve">sprawujące pieczę zastępczą nad dzieckiem, </w:t>
      </w:r>
      <w:r>
        <w:br/>
      </w:r>
      <w:r>
        <w:rPr>
          <w:rFonts w:ascii="Calibri" w:eastAsia="Calibri" w:hAnsi="Calibri"/>
          <w:color w:val="000000"/>
          <w:sz w:val="24"/>
        </w:rPr>
        <w:t>**  niepotrzebne skreślić</w:t>
      </w:r>
    </w:p>
    <w:p w:rsidR="007A6298" w:rsidRDefault="007A6298">
      <w:pPr>
        <w:sectPr w:rsidR="007A6298">
          <w:type w:val="continuous"/>
          <w:pgSz w:w="11899" w:h="16841"/>
          <w:pgMar w:top="234" w:right="1252" w:bottom="158" w:left="1200" w:header="720" w:footer="720" w:gutter="0"/>
          <w:cols w:space="720" w:equalWidth="0">
            <w:col w:w="9448" w:space="0"/>
          </w:cols>
          <w:docGrid w:linePitch="360"/>
        </w:sectPr>
      </w:pPr>
    </w:p>
    <w:p w:rsidR="00B65185" w:rsidRDefault="00B65185"/>
    <w:sectPr w:rsidR="00B65185" w:rsidSect="00034616">
      <w:pgSz w:w="11899" w:h="16841"/>
      <w:pgMar w:top="1440" w:right="1440" w:bottom="1440" w:left="1440" w:header="720" w:footer="720" w:gutter="0"/>
      <w:cols w:space="720" w:equalWidth="0">
        <w:col w:w="9448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E68F9"/>
    <w:rsid w:val="007A6298"/>
    <w:rsid w:val="00AA1D8D"/>
    <w:rsid w:val="00B47730"/>
    <w:rsid w:val="00B65185"/>
    <w:rsid w:val="00C374E4"/>
    <w:rsid w:val="00CB0664"/>
    <w:rsid w:val="00E14F28"/>
    <w:rsid w:val="00E3268F"/>
    <w:rsid w:val="00F164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0AFB53"/>
  <w14:defaultImageDpi w14:val="300"/>
  <w15:docId w15:val="{8F60D016-D583-4009-8374-E34959189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A0AC54-7140-4B5D-895E-CBB719CC3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1014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6</cp:revision>
  <dcterms:created xsi:type="dcterms:W3CDTF">2013-12-23T23:15:00Z</dcterms:created>
  <dcterms:modified xsi:type="dcterms:W3CDTF">2026-02-04T16:02:00Z</dcterms:modified>
  <cp:category/>
</cp:coreProperties>
</file>