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31E" w:rsidRDefault="0003131E">
      <w:pPr>
        <w:autoSpaceDE w:val="0"/>
        <w:autoSpaceDN w:val="0"/>
        <w:spacing w:after="56" w:line="220" w:lineRule="exact"/>
      </w:pPr>
    </w:p>
    <w:p w:rsidR="0003131E" w:rsidRDefault="00A5221F">
      <w:pPr>
        <w:tabs>
          <w:tab w:val="left" w:pos="6644"/>
          <w:tab w:val="left" w:pos="6794"/>
          <w:tab w:val="left" w:pos="6834"/>
        </w:tabs>
        <w:autoSpaceDE w:val="0"/>
        <w:autoSpaceDN w:val="0"/>
        <w:spacing w:after="0" w:line="245" w:lineRule="auto"/>
        <w:ind w:left="6470"/>
      </w:pPr>
      <w:r>
        <w:tab/>
      </w:r>
      <w:r>
        <w:rPr>
          <w:rFonts w:ascii="Calibri" w:eastAsia="Calibri" w:hAnsi="Calibri"/>
          <w:i/>
          <w:color w:val="000000"/>
          <w:sz w:val="16"/>
        </w:rPr>
        <w:t xml:space="preserve"> Załącznik  nr 1 do Regulaminu                           </w:t>
      </w:r>
      <w:r>
        <w:br/>
      </w:r>
      <w:r>
        <w:tab/>
      </w:r>
      <w:r>
        <w:rPr>
          <w:rFonts w:ascii="Calibri" w:eastAsia="Calibri" w:hAnsi="Calibri"/>
          <w:i/>
          <w:color w:val="000000"/>
          <w:sz w:val="16"/>
        </w:rPr>
        <w:t xml:space="preserve"> Rekrutacji  do klasy pierwszej Szkoły                   </w:t>
      </w:r>
      <w:r>
        <w:br/>
      </w:r>
      <w:r>
        <w:rPr>
          <w:rFonts w:ascii="Calibri" w:eastAsia="Calibri" w:hAnsi="Calibri"/>
          <w:i/>
          <w:color w:val="000000"/>
          <w:sz w:val="16"/>
        </w:rPr>
        <w:t xml:space="preserve"> Podstawowej im. Adama Mickiewicza  </w:t>
      </w:r>
      <w:r>
        <w:br/>
      </w:r>
      <w:r>
        <w:tab/>
      </w:r>
      <w:r w:rsidR="005F5045">
        <w:rPr>
          <w:rFonts w:ascii="Calibri" w:eastAsia="Calibri" w:hAnsi="Calibri"/>
          <w:i/>
          <w:color w:val="000000"/>
          <w:sz w:val="16"/>
        </w:rPr>
        <w:t xml:space="preserve"> W </w:t>
      </w:r>
      <w:proofErr w:type="spellStart"/>
      <w:r w:rsidR="005F5045">
        <w:rPr>
          <w:rFonts w:ascii="Calibri" w:eastAsia="Calibri" w:hAnsi="Calibri"/>
          <w:i/>
          <w:color w:val="000000"/>
          <w:sz w:val="16"/>
        </w:rPr>
        <w:t>Lubiniu</w:t>
      </w:r>
      <w:proofErr w:type="spellEnd"/>
      <w:r w:rsidR="005F5045">
        <w:rPr>
          <w:rFonts w:ascii="Calibri" w:eastAsia="Calibri" w:hAnsi="Calibri"/>
          <w:i/>
          <w:color w:val="000000"/>
          <w:sz w:val="16"/>
        </w:rPr>
        <w:t xml:space="preserve">  </w:t>
      </w:r>
      <w:proofErr w:type="spellStart"/>
      <w:r w:rsidR="005F5045">
        <w:rPr>
          <w:rFonts w:ascii="Calibri" w:eastAsia="Calibri" w:hAnsi="Calibri"/>
          <w:i/>
          <w:color w:val="000000"/>
          <w:sz w:val="16"/>
        </w:rPr>
        <w:t>Rok</w:t>
      </w:r>
      <w:proofErr w:type="spellEnd"/>
      <w:r w:rsidR="005F5045">
        <w:rPr>
          <w:rFonts w:ascii="Calibri" w:eastAsia="Calibri" w:hAnsi="Calibri"/>
          <w:i/>
          <w:color w:val="000000"/>
          <w:sz w:val="16"/>
        </w:rPr>
        <w:t xml:space="preserve"> </w:t>
      </w:r>
      <w:proofErr w:type="spellStart"/>
      <w:r w:rsidR="005F5045">
        <w:rPr>
          <w:rFonts w:ascii="Calibri" w:eastAsia="Calibri" w:hAnsi="Calibri"/>
          <w:i/>
          <w:color w:val="000000"/>
          <w:sz w:val="16"/>
        </w:rPr>
        <w:t>szkolny</w:t>
      </w:r>
      <w:proofErr w:type="spellEnd"/>
      <w:r w:rsidR="005F5045">
        <w:rPr>
          <w:rFonts w:ascii="Calibri" w:eastAsia="Calibri" w:hAnsi="Calibri"/>
          <w:i/>
          <w:color w:val="000000"/>
          <w:sz w:val="16"/>
        </w:rPr>
        <w:t xml:space="preserve"> 2026/2027</w:t>
      </w:r>
      <w:r>
        <w:rPr>
          <w:rFonts w:ascii="Calibri" w:eastAsia="Calibri" w:hAnsi="Calibri"/>
          <w:i/>
          <w:color w:val="000000"/>
          <w:sz w:val="16"/>
        </w:rPr>
        <w:t xml:space="preserve"> </w:t>
      </w:r>
    </w:p>
    <w:p w:rsidR="0003131E" w:rsidRDefault="00A5221F">
      <w:pPr>
        <w:autoSpaceDE w:val="0"/>
        <w:autoSpaceDN w:val="0"/>
        <w:spacing w:before="90" w:after="54" w:line="197" w:lineRule="auto"/>
        <w:ind w:right="818"/>
        <w:jc w:val="right"/>
      </w:pPr>
      <w:r>
        <w:rPr>
          <w:rFonts w:ascii="Calibri" w:eastAsia="Calibri" w:hAnsi="Calibri"/>
          <w:color w:val="000000"/>
          <w:sz w:val="24"/>
        </w:rPr>
        <w:t xml:space="preserve">. . . . . . . . . . . . . . . .   dnia . . . . . . . . . . </w:t>
      </w:r>
    </w:p>
    <w:p w:rsidR="0003131E" w:rsidRDefault="0003131E">
      <w:pPr>
        <w:sectPr w:rsidR="0003131E">
          <w:pgSz w:w="11899" w:h="16841"/>
          <w:pgMar w:top="276" w:right="614" w:bottom="986" w:left="1416" w:header="720" w:footer="720" w:gutter="0"/>
          <w:cols w:space="720" w:equalWidth="0">
            <w:col w:w="9869" w:space="0"/>
          </w:cols>
          <w:docGrid w:linePitch="360"/>
        </w:sectPr>
      </w:pPr>
    </w:p>
    <w:p w:rsidR="0003131E" w:rsidRDefault="00A5221F">
      <w:pPr>
        <w:autoSpaceDE w:val="0"/>
        <w:autoSpaceDN w:val="0"/>
        <w:spacing w:after="0" w:line="245" w:lineRule="auto"/>
        <w:ind w:right="1152"/>
      </w:pPr>
      <w:r>
        <w:rPr>
          <w:rFonts w:ascii="Calibri" w:eastAsia="Calibri" w:hAnsi="Calibri"/>
          <w:color w:val="000000"/>
          <w:sz w:val="24"/>
        </w:rPr>
        <w:t xml:space="preserve">. . . . . . . . . . . . . . . . . . . . . . . . . . . . . . . . . . . . </w:t>
      </w:r>
      <w:r>
        <w:rPr>
          <w:rFonts w:ascii="Calibri" w:eastAsia="Calibri" w:hAnsi="Calibri"/>
          <w:color w:val="000000"/>
          <w:sz w:val="20"/>
        </w:rPr>
        <w:t xml:space="preserve">(Nazwisko i imiona matki dziecka) </w:t>
      </w:r>
    </w:p>
    <w:p w:rsidR="0003131E" w:rsidRDefault="00A5221F">
      <w:pPr>
        <w:autoSpaceDE w:val="0"/>
        <w:autoSpaceDN w:val="0"/>
        <w:spacing w:before="304" w:after="0" w:line="245" w:lineRule="auto"/>
        <w:ind w:right="1872"/>
      </w:pPr>
      <w:r>
        <w:rPr>
          <w:rFonts w:ascii="Calibri" w:eastAsia="Calibri" w:hAnsi="Calibri"/>
          <w:color w:val="000000"/>
          <w:sz w:val="20"/>
        </w:rPr>
        <w:t xml:space="preserve">. . . . . . . . . . . . . . . . . . . . . . . . . . . . . . . . . . . . (adres zamieszkania matki dziecka) </w:t>
      </w:r>
    </w:p>
    <w:p w:rsidR="0003131E" w:rsidRDefault="00A5221F">
      <w:pPr>
        <w:autoSpaceDE w:val="0"/>
        <w:autoSpaceDN w:val="0"/>
        <w:spacing w:before="134" w:after="0" w:line="245" w:lineRule="auto"/>
        <w:ind w:right="1872"/>
        <w:jc w:val="center"/>
      </w:pPr>
      <w:r>
        <w:rPr>
          <w:rFonts w:ascii="Calibri" w:eastAsia="Calibri" w:hAnsi="Calibri"/>
          <w:color w:val="000000"/>
          <w:sz w:val="20"/>
        </w:rPr>
        <w:t xml:space="preserve">. . . . . . . . . . . . . . . . . . . . . . . . . . . . . . . . . . . . (adres poczty </w:t>
      </w:r>
      <w:r>
        <w:br/>
      </w:r>
      <w:r>
        <w:rPr>
          <w:rFonts w:ascii="Calibri" w:eastAsia="Calibri" w:hAnsi="Calibri"/>
          <w:color w:val="000000"/>
          <w:sz w:val="20"/>
        </w:rPr>
        <w:t xml:space="preserve">elektronicznej) </w:t>
      </w:r>
    </w:p>
    <w:p w:rsidR="0003131E" w:rsidRDefault="00A5221F">
      <w:pPr>
        <w:autoSpaceDE w:val="0"/>
        <w:autoSpaceDN w:val="0"/>
        <w:spacing w:before="134" w:after="0" w:line="197" w:lineRule="auto"/>
      </w:pPr>
      <w:r>
        <w:rPr>
          <w:rFonts w:ascii="Calibri" w:eastAsia="Calibri" w:hAnsi="Calibri"/>
          <w:color w:val="000000"/>
          <w:sz w:val="20"/>
        </w:rPr>
        <w:t xml:space="preserve">. . . . . . . . . . . . . . . . . . . . . . . . . . . . . . . . . . . . </w:t>
      </w:r>
    </w:p>
    <w:p w:rsidR="0003131E" w:rsidRDefault="00A5221F">
      <w:pPr>
        <w:tabs>
          <w:tab w:val="left" w:pos="888"/>
        </w:tabs>
        <w:autoSpaceDE w:val="0"/>
        <w:autoSpaceDN w:val="0"/>
        <w:spacing w:before="4" w:after="0" w:line="245" w:lineRule="auto"/>
        <w:ind w:right="1872"/>
      </w:pPr>
      <w:r>
        <w:tab/>
      </w:r>
      <w:r>
        <w:rPr>
          <w:rFonts w:ascii="Calibri" w:eastAsia="Calibri" w:hAnsi="Calibri"/>
          <w:color w:val="000000"/>
          <w:sz w:val="20"/>
        </w:rPr>
        <w:t xml:space="preserve">(telefon kontaktowy) </w:t>
      </w:r>
      <w:r>
        <w:br/>
      </w:r>
      <w:r>
        <w:rPr>
          <w:rFonts w:ascii="Calibri" w:eastAsia="Calibri" w:hAnsi="Calibri"/>
          <w:color w:val="000000"/>
          <w:sz w:val="20"/>
        </w:rPr>
        <w:t xml:space="preserve">. . . . . . . . . . . . . . . . . . . . . . . . . . . . . . . . . . . . </w:t>
      </w:r>
    </w:p>
    <w:p w:rsidR="0003131E" w:rsidRDefault="00A5221F">
      <w:pPr>
        <w:autoSpaceDE w:val="0"/>
        <w:autoSpaceDN w:val="0"/>
        <w:spacing w:before="42" w:after="0" w:line="197" w:lineRule="auto"/>
      </w:pPr>
      <w:r>
        <w:rPr>
          <w:rFonts w:ascii="Calibri" w:eastAsia="Calibri" w:hAnsi="Calibri"/>
          <w:color w:val="000000"/>
          <w:sz w:val="20"/>
        </w:rPr>
        <w:t xml:space="preserve">(Nazwisko i imiona ojca dziecka) </w:t>
      </w:r>
    </w:p>
    <w:p w:rsidR="0003131E" w:rsidRDefault="00A5221F">
      <w:pPr>
        <w:autoSpaceDE w:val="0"/>
        <w:autoSpaceDN w:val="0"/>
        <w:spacing w:before="138" w:after="0" w:line="245" w:lineRule="auto"/>
        <w:ind w:right="1872"/>
      </w:pPr>
      <w:r>
        <w:rPr>
          <w:rFonts w:ascii="Calibri" w:eastAsia="Calibri" w:hAnsi="Calibri"/>
          <w:color w:val="000000"/>
          <w:sz w:val="20"/>
        </w:rPr>
        <w:t xml:space="preserve">. . . . . . . . . . . . . . . . . . . . . . . . . . . . . . . . . . . . (adres zamieszkania ojca dziecka) </w:t>
      </w:r>
    </w:p>
    <w:p w:rsidR="0003131E" w:rsidRDefault="00A5221F">
      <w:pPr>
        <w:tabs>
          <w:tab w:val="left" w:pos="1210"/>
          <w:tab w:val="left" w:pos="1270"/>
        </w:tabs>
        <w:autoSpaceDE w:val="0"/>
        <w:autoSpaceDN w:val="0"/>
        <w:spacing w:before="136" w:after="0" w:line="245" w:lineRule="auto"/>
        <w:ind w:right="1872"/>
      </w:pPr>
      <w:r>
        <w:rPr>
          <w:rFonts w:ascii="Calibri" w:eastAsia="Calibri" w:hAnsi="Calibri"/>
          <w:color w:val="000000"/>
          <w:sz w:val="20"/>
        </w:rPr>
        <w:t xml:space="preserve">. . . . . . . . . . . . . . . . . . . . . . . . . . . . . . . . . . . . </w:t>
      </w:r>
      <w:r>
        <w:tab/>
      </w:r>
      <w:r>
        <w:rPr>
          <w:rFonts w:ascii="Calibri" w:eastAsia="Calibri" w:hAnsi="Calibri"/>
          <w:color w:val="000000"/>
          <w:sz w:val="20"/>
        </w:rPr>
        <w:t xml:space="preserve">(adres poczty </w:t>
      </w:r>
      <w:r>
        <w:br/>
      </w:r>
      <w:r>
        <w:tab/>
      </w:r>
      <w:r>
        <w:rPr>
          <w:rFonts w:ascii="Calibri" w:eastAsia="Calibri" w:hAnsi="Calibri"/>
          <w:color w:val="000000"/>
          <w:sz w:val="20"/>
        </w:rPr>
        <w:t xml:space="preserve">elektronicznej) </w:t>
      </w:r>
    </w:p>
    <w:p w:rsidR="0003131E" w:rsidRDefault="00A5221F">
      <w:pPr>
        <w:tabs>
          <w:tab w:val="left" w:pos="968"/>
        </w:tabs>
        <w:autoSpaceDE w:val="0"/>
        <w:autoSpaceDN w:val="0"/>
        <w:spacing w:before="138" w:after="0" w:line="245" w:lineRule="auto"/>
        <w:ind w:right="2016"/>
      </w:pPr>
      <w:r>
        <w:rPr>
          <w:rFonts w:ascii="Calibri" w:eastAsia="Calibri" w:hAnsi="Calibri"/>
          <w:color w:val="000000"/>
          <w:sz w:val="20"/>
        </w:rPr>
        <w:t xml:space="preserve">. . . . . . . . . . . . . . . . . . . . . . . . . . . . . . . . . . . </w:t>
      </w:r>
      <w:r>
        <w:tab/>
      </w:r>
      <w:r>
        <w:rPr>
          <w:rFonts w:ascii="Calibri" w:eastAsia="Calibri" w:hAnsi="Calibri"/>
          <w:color w:val="000000"/>
          <w:sz w:val="20"/>
        </w:rPr>
        <w:t xml:space="preserve">(telefon kontaktowy) </w:t>
      </w:r>
    </w:p>
    <w:p w:rsidR="0003131E" w:rsidRDefault="0003131E">
      <w:pPr>
        <w:sectPr w:rsidR="0003131E">
          <w:type w:val="continuous"/>
          <w:pgSz w:w="11899" w:h="16841"/>
          <w:pgMar w:top="276" w:right="614" w:bottom="986" w:left="1416" w:header="720" w:footer="720" w:gutter="0"/>
          <w:cols w:num="2" w:space="720" w:equalWidth="0">
            <w:col w:w="5420" w:space="0"/>
            <w:col w:w="4449" w:space="0"/>
          </w:cols>
          <w:docGrid w:linePitch="360"/>
        </w:sectPr>
      </w:pPr>
    </w:p>
    <w:p w:rsidR="0003131E" w:rsidRDefault="00A5221F">
      <w:pPr>
        <w:autoSpaceDE w:val="0"/>
        <w:autoSpaceDN w:val="0"/>
        <w:spacing w:after="5368" w:line="197" w:lineRule="auto"/>
        <w:ind w:right="1176"/>
        <w:jc w:val="right"/>
      </w:pPr>
      <w:r>
        <w:rPr>
          <w:rFonts w:ascii="Calibri" w:eastAsia="Calibri" w:hAnsi="Calibri"/>
          <w:color w:val="000000"/>
          <w:sz w:val="24"/>
        </w:rPr>
        <w:t xml:space="preserve">(miejscowość, data) </w:t>
      </w:r>
    </w:p>
    <w:p w:rsidR="0003131E" w:rsidRDefault="0003131E">
      <w:pPr>
        <w:sectPr w:rsidR="0003131E">
          <w:type w:val="nextColumn"/>
          <w:pgSz w:w="11899" w:h="16841"/>
          <w:pgMar w:top="276" w:right="614" w:bottom="986" w:left="1416" w:header="720" w:footer="720" w:gutter="0"/>
          <w:cols w:num="2" w:space="720" w:equalWidth="0">
            <w:col w:w="5420" w:space="0"/>
            <w:col w:w="4449" w:space="0"/>
          </w:cols>
          <w:docGrid w:linePitch="360"/>
        </w:sectPr>
      </w:pPr>
    </w:p>
    <w:p w:rsidR="0003131E" w:rsidRDefault="00A5221F">
      <w:pPr>
        <w:tabs>
          <w:tab w:val="left" w:pos="5908"/>
          <w:tab w:val="left" w:pos="5992"/>
        </w:tabs>
        <w:autoSpaceDE w:val="0"/>
        <w:autoSpaceDN w:val="0"/>
        <w:spacing w:after="0" w:line="245" w:lineRule="auto"/>
        <w:ind w:left="3142" w:right="432"/>
      </w:pPr>
      <w:r>
        <w:tab/>
      </w:r>
      <w:r>
        <w:rPr>
          <w:rFonts w:ascii="Calibri" w:eastAsia="Calibri" w:hAnsi="Calibri"/>
          <w:b/>
          <w:color w:val="000000"/>
          <w:sz w:val="36"/>
        </w:rPr>
        <w:t xml:space="preserve"> Dyrektor </w:t>
      </w:r>
      <w:r>
        <w:br/>
      </w:r>
      <w:r>
        <w:rPr>
          <w:rFonts w:ascii="Calibri" w:eastAsia="Calibri" w:hAnsi="Calibri"/>
          <w:b/>
          <w:color w:val="000000"/>
          <w:sz w:val="36"/>
        </w:rPr>
        <w:t xml:space="preserve"> Zespołu Szkół i Placówek Oświatowych     </w:t>
      </w:r>
      <w:r>
        <w:tab/>
      </w:r>
      <w:r>
        <w:rPr>
          <w:rFonts w:ascii="Calibri" w:eastAsia="Calibri" w:hAnsi="Calibri"/>
          <w:b/>
          <w:color w:val="000000"/>
          <w:sz w:val="36"/>
        </w:rPr>
        <w:t xml:space="preserve"> w Lubiniu </w:t>
      </w:r>
    </w:p>
    <w:p w:rsidR="0003131E" w:rsidRDefault="00A5221F">
      <w:pPr>
        <w:tabs>
          <w:tab w:val="left" w:pos="3868"/>
        </w:tabs>
        <w:autoSpaceDE w:val="0"/>
        <w:autoSpaceDN w:val="0"/>
        <w:spacing w:before="1152" w:after="0" w:line="245" w:lineRule="auto"/>
        <w:ind w:left="1224" w:right="1872"/>
      </w:pPr>
      <w:r>
        <w:tab/>
      </w:r>
      <w:r>
        <w:rPr>
          <w:rFonts w:ascii="Calibri" w:eastAsia="Calibri" w:hAnsi="Calibri"/>
          <w:b/>
          <w:color w:val="000000"/>
          <w:sz w:val="25"/>
        </w:rPr>
        <w:t xml:space="preserve">ZGŁOSZENIE </w:t>
      </w:r>
      <w:r>
        <w:br/>
      </w:r>
      <w:proofErr w:type="spellStart"/>
      <w:r>
        <w:rPr>
          <w:rFonts w:ascii="Calibri" w:eastAsia="Calibri" w:hAnsi="Calibri"/>
          <w:b/>
          <w:color w:val="000000"/>
          <w:w w:val="101"/>
          <w:sz w:val="24"/>
        </w:rPr>
        <w:t>przyjęcia</w:t>
      </w:r>
      <w:proofErr w:type="spellEnd"/>
      <w:r>
        <w:rPr>
          <w:rFonts w:ascii="Calibri" w:eastAsia="Calibri" w:hAnsi="Calibri"/>
          <w:b/>
          <w:color w:val="000000"/>
          <w:w w:val="101"/>
          <w:sz w:val="24"/>
        </w:rPr>
        <w:t xml:space="preserve"> </w:t>
      </w:r>
      <w:proofErr w:type="spellStart"/>
      <w:r>
        <w:rPr>
          <w:rFonts w:ascii="Calibri" w:eastAsia="Calibri" w:hAnsi="Calibri"/>
          <w:b/>
          <w:color w:val="000000"/>
          <w:w w:val="101"/>
          <w:sz w:val="24"/>
        </w:rPr>
        <w:t>dziecka</w:t>
      </w:r>
      <w:proofErr w:type="spellEnd"/>
      <w:r>
        <w:rPr>
          <w:rFonts w:ascii="Calibri" w:eastAsia="Calibri" w:hAnsi="Calibri"/>
          <w:b/>
          <w:color w:val="000000"/>
          <w:w w:val="101"/>
          <w:sz w:val="24"/>
        </w:rPr>
        <w:t xml:space="preserve"> do </w:t>
      </w:r>
      <w:proofErr w:type="spellStart"/>
      <w:r>
        <w:rPr>
          <w:rFonts w:ascii="Calibri" w:eastAsia="Calibri" w:hAnsi="Calibri"/>
          <w:b/>
          <w:color w:val="000000"/>
          <w:w w:val="101"/>
          <w:sz w:val="24"/>
        </w:rPr>
        <w:t>klas</w:t>
      </w:r>
      <w:r w:rsidR="005F5045">
        <w:rPr>
          <w:rFonts w:ascii="Calibri" w:eastAsia="Calibri" w:hAnsi="Calibri"/>
          <w:b/>
          <w:color w:val="000000"/>
          <w:w w:val="101"/>
          <w:sz w:val="24"/>
        </w:rPr>
        <w:t>y</w:t>
      </w:r>
      <w:proofErr w:type="spellEnd"/>
      <w:r w:rsidR="005F5045">
        <w:rPr>
          <w:rFonts w:ascii="Calibri" w:eastAsia="Calibri" w:hAnsi="Calibri"/>
          <w:b/>
          <w:color w:val="000000"/>
          <w:w w:val="101"/>
          <w:sz w:val="24"/>
        </w:rPr>
        <w:t xml:space="preserve"> </w:t>
      </w:r>
      <w:proofErr w:type="spellStart"/>
      <w:r w:rsidR="005F5045">
        <w:rPr>
          <w:rFonts w:ascii="Calibri" w:eastAsia="Calibri" w:hAnsi="Calibri"/>
          <w:b/>
          <w:color w:val="000000"/>
          <w:w w:val="101"/>
          <w:sz w:val="24"/>
        </w:rPr>
        <w:t>pierwszej</w:t>
      </w:r>
      <w:proofErr w:type="spellEnd"/>
      <w:r w:rsidR="005F5045">
        <w:rPr>
          <w:rFonts w:ascii="Calibri" w:eastAsia="Calibri" w:hAnsi="Calibri"/>
          <w:b/>
          <w:color w:val="000000"/>
          <w:w w:val="101"/>
          <w:sz w:val="24"/>
        </w:rPr>
        <w:t xml:space="preserve"> w </w:t>
      </w:r>
      <w:proofErr w:type="spellStart"/>
      <w:r w:rsidR="005F5045">
        <w:rPr>
          <w:rFonts w:ascii="Calibri" w:eastAsia="Calibri" w:hAnsi="Calibri"/>
          <w:b/>
          <w:color w:val="000000"/>
          <w:w w:val="101"/>
          <w:sz w:val="24"/>
        </w:rPr>
        <w:t>roku</w:t>
      </w:r>
      <w:proofErr w:type="spellEnd"/>
      <w:r w:rsidR="005F5045">
        <w:rPr>
          <w:rFonts w:ascii="Calibri" w:eastAsia="Calibri" w:hAnsi="Calibri"/>
          <w:b/>
          <w:color w:val="000000"/>
          <w:w w:val="101"/>
          <w:sz w:val="24"/>
        </w:rPr>
        <w:t xml:space="preserve"> </w:t>
      </w:r>
      <w:proofErr w:type="spellStart"/>
      <w:r w:rsidR="005F5045">
        <w:rPr>
          <w:rFonts w:ascii="Calibri" w:eastAsia="Calibri" w:hAnsi="Calibri"/>
          <w:b/>
          <w:color w:val="000000"/>
          <w:w w:val="101"/>
          <w:sz w:val="24"/>
        </w:rPr>
        <w:t>szkolnym</w:t>
      </w:r>
      <w:proofErr w:type="spellEnd"/>
      <w:r w:rsidR="005F5045">
        <w:rPr>
          <w:rFonts w:ascii="Calibri" w:eastAsia="Calibri" w:hAnsi="Calibri"/>
          <w:b/>
          <w:color w:val="000000"/>
          <w:w w:val="101"/>
          <w:sz w:val="24"/>
        </w:rPr>
        <w:t xml:space="preserve"> 2026/2027</w:t>
      </w:r>
      <w:bookmarkStart w:id="0" w:name="_GoBack"/>
      <w:bookmarkEnd w:id="0"/>
    </w:p>
    <w:p w:rsidR="0003131E" w:rsidRDefault="00A5221F">
      <w:pPr>
        <w:autoSpaceDE w:val="0"/>
        <w:autoSpaceDN w:val="0"/>
        <w:spacing w:before="648" w:after="0" w:line="386" w:lineRule="auto"/>
        <w:ind w:right="732"/>
        <w:jc w:val="both"/>
      </w:pPr>
      <w:r>
        <w:rPr>
          <w:rFonts w:ascii="Calibri" w:eastAsia="Calibri" w:hAnsi="Calibri"/>
          <w:color w:val="000000"/>
          <w:sz w:val="24"/>
        </w:rPr>
        <w:t xml:space="preserve">1.Imię i nazwisko kandydata. . . . . . . . . . . . . . . . . . . . . . . . . . . . . . . . . . . . . . . . . . . . . . . . . . . . . . 2.Data urodzenia . . . . . . . . . . . . . . . . . . . . . . . . . . . . . . . . . . . . . . . . . . . . . . . . . . . . . . . . . . . . . . . 3.Adres zamieszkania . . . . . . . . . . . . . . . . . . . . . . . . . . . . . . . . . . . . . . . . . . . . . . . . . . . . . . . . . . . </w:t>
      </w:r>
    </w:p>
    <w:p w:rsidR="0003131E" w:rsidRDefault="00A5221F">
      <w:pPr>
        <w:autoSpaceDE w:val="0"/>
        <w:autoSpaceDN w:val="0"/>
        <w:spacing w:before="346" w:after="0" w:line="269" w:lineRule="auto"/>
        <w:ind w:right="864"/>
      </w:pPr>
      <w:r>
        <w:rPr>
          <w:rFonts w:ascii="Calibri" w:eastAsia="Calibri" w:hAnsi="Calibri"/>
          <w:color w:val="000000"/>
          <w:sz w:val="24"/>
        </w:rPr>
        <w:t xml:space="preserve">4.PESEL </w:t>
      </w:r>
      <w:r>
        <w:br/>
      </w:r>
      <w:r>
        <w:rPr>
          <w:rFonts w:ascii="Calibri" w:eastAsia="Calibri" w:hAnsi="Calibri"/>
          <w:color w:val="000000"/>
          <w:sz w:val="24"/>
        </w:rPr>
        <w:t xml:space="preserve">Jeśli kandydat nie posiada numeru PESEL, seria i numer paszportu lub innego dokumentu potwierdzającego tożsamość  . . . . . . . . . . . . . . . . . . . . . . . . . . . . . . . . . . . . . . . . . . . . . . . . . . . . </w:t>
      </w:r>
    </w:p>
    <w:p w:rsidR="0003131E" w:rsidRDefault="00A5221F">
      <w:pPr>
        <w:tabs>
          <w:tab w:val="left" w:pos="60"/>
        </w:tabs>
        <w:autoSpaceDE w:val="0"/>
        <w:autoSpaceDN w:val="0"/>
        <w:spacing w:before="500" w:after="0" w:line="338" w:lineRule="auto"/>
        <w:ind w:right="1152"/>
      </w:pPr>
      <w:r>
        <w:rPr>
          <w:rFonts w:ascii="Calibri" w:eastAsia="Calibri" w:hAnsi="Calibri"/>
          <w:color w:val="000000"/>
          <w:sz w:val="24"/>
        </w:rPr>
        <w:t xml:space="preserve">5.Dziecko obecnie realizuje obowiązek przygotowania przedszkolnego: </w:t>
      </w:r>
      <w:r>
        <w:br/>
      </w:r>
      <w:r>
        <w:rPr>
          <w:rFonts w:ascii="Calibri" w:eastAsia="Calibri" w:hAnsi="Calibri"/>
          <w:color w:val="000000"/>
          <w:sz w:val="24"/>
        </w:rPr>
        <w:t xml:space="preserve">. . . . . . . . . . . . . . . . . . . . . . . . . . . . . . . . . . . . . . . . . . . . . . . . . . . . . . . . . . . . . . . . . . . . . . . . . . . </w:t>
      </w:r>
    </w:p>
    <w:p w:rsidR="0003131E" w:rsidRDefault="00A5221F">
      <w:pPr>
        <w:autoSpaceDE w:val="0"/>
        <w:autoSpaceDN w:val="0"/>
        <w:spacing w:before="52" w:after="0" w:line="197" w:lineRule="auto"/>
        <w:ind w:right="4356"/>
        <w:jc w:val="right"/>
      </w:pPr>
      <w:r>
        <w:rPr>
          <w:rFonts w:ascii="Calibri" w:eastAsia="Calibri" w:hAnsi="Calibri"/>
          <w:color w:val="000000"/>
          <w:sz w:val="24"/>
        </w:rPr>
        <w:t xml:space="preserve">nazwa i  adres placówki </w:t>
      </w:r>
    </w:p>
    <w:p w:rsidR="0003131E" w:rsidRDefault="0003131E">
      <w:pPr>
        <w:sectPr w:rsidR="0003131E">
          <w:type w:val="continuous"/>
          <w:pgSz w:w="11899" w:h="16841"/>
          <w:pgMar w:top="276" w:right="614" w:bottom="986" w:left="1416" w:header="720" w:footer="720" w:gutter="0"/>
          <w:cols w:space="720" w:equalWidth="0">
            <w:col w:w="9869" w:space="0"/>
          </w:cols>
          <w:docGrid w:linePitch="360"/>
        </w:sectPr>
      </w:pPr>
    </w:p>
    <w:p w:rsidR="0003131E" w:rsidRDefault="0003131E">
      <w:pPr>
        <w:autoSpaceDE w:val="0"/>
        <w:autoSpaceDN w:val="0"/>
        <w:spacing w:after="362" w:line="220" w:lineRule="exact"/>
      </w:pPr>
    </w:p>
    <w:p w:rsidR="0003131E" w:rsidRDefault="00A5221F">
      <w:pPr>
        <w:autoSpaceDE w:val="0"/>
        <w:autoSpaceDN w:val="0"/>
        <w:spacing w:after="0" w:line="197" w:lineRule="auto"/>
        <w:ind w:left="114"/>
      </w:pPr>
      <w:r>
        <w:rPr>
          <w:rFonts w:ascii="Calibri" w:eastAsia="Calibri" w:hAnsi="Calibri"/>
          <w:b/>
          <w:color w:val="000000"/>
          <w:sz w:val="24"/>
        </w:rPr>
        <w:t xml:space="preserve">Pouczenie: </w:t>
      </w:r>
    </w:p>
    <w:p w:rsidR="0003131E" w:rsidRDefault="00A5221F">
      <w:pPr>
        <w:autoSpaceDE w:val="0"/>
        <w:autoSpaceDN w:val="0"/>
        <w:spacing w:before="148" w:after="0" w:line="245" w:lineRule="auto"/>
        <w:ind w:left="114" w:right="432"/>
      </w:pPr>
      <w:r>
        <w:rPr>
          <w:rFonts w:ascii="Calibri" w:eastAsia="Calibri" w:hAnsi="Calibri"/>
          <w:i/>
          <w:color w:val="000000"/>
          <w:sz w:val="24"/>
        </w:rPr>
        <w:t xml:space="preserve">Dane osobowe zawarte w niniejszym wniosku i załącznikach do wniosku będą </w:t>
      </w:r>
      <w:r>
        <w:br/>
      </w:r>
      <w:r>
        <w:rPr>
          <w:rFonts w:ascii="Calibri" w:eastAsia="Calibri" w:hAnsi="Calibri"/>
          <w:i/>
          <w:color w:val="000000"/>
          <w:sz w:val="24"/>
        </w:rPr>
        <w:t xml:space="preserve">wykorzystywane wyłącznie dla potrzeb związanych z postępowaniem rekrutacyjnym. Ponadto administratorem danych osobowych zawartych we wniosku oraz załącznikach do wniosku jest dyrektor szkoły. </w:t>
      </w:r>
    </w:p>
    <w:p w:rsidR="0003131E" w:rsidRDefault="00A5221F">
      <w:pPr>
        <w:autoSpaceDE w:val="0"/>
        <w:autoSpaceDN w:val="0"/>
        <w:spacing w:before="640" w:after="0" w:line="202" w:lineRule="auto"/>
        <w:ind w:left="114"/>
      </w:pPr>
      <w:r>
        <w:rPr>
          <w:rFonts w:ascii="Calibri" w:eastAsia="Calibri" w:hAnsi="Calibri"/>
          <w:b/>
          <w:color w:val="000000"/>
          <w:w w:val="101"/>
          <w:sz w:val="23"/>
        </w:rPr>
        <w:t>Oświadczenie wnioskodawcy:</w:t>
      </w:r>
    </w:p>
    <w:p w:rsidR="0003131E" w:rsidRDefault="00A5221F">
      <w:pPr>
        <w:autoSpaceDE w:val="0"/>
        <w:autoSpaceDN w:val="0"/>
        <w:spacing w:before="148" w:after="0" w:line="245" w:lineRule="auto"/>
        <w:ind w:left="114" w:right="432"/>
      </w:pPr>
      <w:r>
        <w:rPr>
          <w:rFonts w:ascii="Calibri" w:eastAsia="Calibri" w:hAnsi="Calibri"/>
          <w:color w:val="000000"/>
          <w:sz w:val="24"/>
        </w:rPr>
        <w:t>Oświadczam, że dane podane w niniejszym zgłoszeniu są zgodne ze stanem faktycznym i „</w:t>
      </w:r>
      <w:r>
        <w:rPr>
          <w:rFonts w:ascii="Calibri" w:eastAsia="Calibri" w:hAnsi="Calibri"/>
          <w:i/>
          <w:color w:val="000000"/>
          <w:sz w:val="24"/>
        </w:rPr>
        <w:t>Jestem świadomy odpowiedzialności karnej za złożenie fałszywego oświadczenia”</w:t>
      </w:r>
      <w:r>
        <w:rPr>
          <w:rFonts w:ascii="Calibri" w:eastAsia="Calibri" w:hAnsi="Calibri"/>
          <w:color w:val="000000"/>
          <w:sz w:val="24"/>
        </w:rPr>
        <w:t xml:space="preserve">. </w:t>
      </w:r>
    </w:p>
    <w:p w:rsidR="0003131E" w:rsidRDefault="00A5221F">
      <w:pPr>
        <w:autoSpaceDE w:val="0"/>
        <w:autoSpaceDN w:val="0"/>
        <w:spacing w:before="52" w:after="646" w:line="245" w:lineRule="auto"/>
        <w:ind w:left="114" w:right="1008"/>
      </w:pPr>
      <w:r>
        <w:rPr>
          <w:rFonts w:ascii="Calibri" w:eastAsia="Calibri" w:hAnsi="Calibri"/>
          <w:color w:val="000000"/>
          <w:sz w:val="24"/>
        </w:rPr>
        <w:t xml:space="preserve">Niniejszym przyjmuję do wiadomości i wyrażam zgodę na przetwarzanie danych osobowych zawartych w niniejszym podaniu, w celu przeprowadzenia procedury rekrutacji. </w:t>
      </w:r>
    </w:p>
    <w:p w:rsidR="0003131E" w:rsidRDefault="0003131E">
      <w:pPr>
        <w:sectPr w:rsidR="0003131E">
          <w:pgSz w:w="11899" w:h="16841"/>
          <w:pgMar w:top="580" w:right="1440" w:bottom="1440" w:left="1302" w:header="720" w:footer="720" w:gutter="0"/>
          <w:cols w:space="720" w:equalWidth="0">
            <w:col w:w="9158" w:space="0"/>
          </w:cols>
          <w:docGrid w:linePitch="360"/>
        </w:sectPr>
      </w:pPr>
    </w:p>
    <w:p w:rsidR="0003131E" w:rsidRDefault="00A5221F">
      <w:pPr>
        <w:autoSpaceDE w:val="0"/>
        <w:autoSpaceDN w:val="0"/>
        <w:spacing w:after="0" w:line="197" w:lineRule="auto"/>
        <w:ind w:left="336"/>
      </w:pPr>
      <w:r>
        <w:rPr>
          <w:rFonts w:ascii="Calibri" w:eastAsia="Calibri" w:hAnsi="Calibri"/>
          <w:b/>
          <w:color w:val="000000"/>
          <w:sz w:val="24"/>
        </w:rPr>
        <w:t xml:space="preserve">Data przyjęcia zgłoszenia </w:t>
      </w:r>
    </w:p>
    <w:p w:rsidR="0003131E" w:rsidRDefault="00A5221F">
      <w:pPr>
        <w:autoSpaceDE w:val="0"/>
        <w:autoSpaceDN w:val="0"/>
        <w:spacing w:before="470" w:after="0" w:line="197" w:lineRule="auto"/>
        <w:ind w:left="170"/>
      </w:pPr>
      <w:r>
        <w:rPr>
          <w:rFonts w:ascii="Calibri" w:eastAsia="Calibri" w:hAnsi="Calibri"/>
          <w:color w:val="000000"/>
          <w:sz w:val="24"/>
        </w:rPr>
        <w:t xml:space="preserve">………………………………………… </w:t>
      </w:r>
    </w:p>
    <w:p w:rsidR="0003131E" w:rsidRDefault="0003131E">
      <w:pPr>
        <w:sectPr w:rsidR="0003131E">
          <w:type w:val="continuous"/>
          <w:pgSz w:w="11899" w:h="16841"/>
          <w:pgMar w:top="580" w:right="1440" w:bottom="1440" w:left="1302" w:header="720" w:footer="720" w:gutter="0"/>
          <w:cols w:num="2" w:space="720" w:equalWidth="0">
            <w:col w:w="3895" w:space="0"/>
            <w:col w:w="5262" w:space="0"/>
          </w:cols>
          <w:docGrid w:linePitch="360"/>
        </w:sectPr>
      </w:pPr>
    </w:p>
    <w:p w:rsidR="0003131E" w:rsidRDefault="00A5221F">
      <w:pPr>
        <w:autoSpaceDE w:val="0"/>
        <w:autoSpaceDN w:val="0"/>
        <w:spacing w:after="0" w:line="197" w:lineRule="auto"/>
        <w:ind w:left="1022"/>
      </w:pPr>
      <w:r>
        <w:rPr>
          <w:rFonts w:ascii="Calibri" w:eastAsia="Calibri" w:hAnsi="Calibri"/>
          <w:b/>
          <w:color w:val="000000"/>
          <w:sz w:val="24"/>
        </w:rPr>
        <w:t xml:space="preserve">Podpis rodzica/rodziców </w:t>
      </w:r>
    </w:p>
    <w:p w:rsidR="0003131E" w:rsidRDefault="00A5221F">
      <w:pPr>
        <w:autoSpaceDE w:val="0"/>
        <w:autoSpaceDN w:val="0"/>
        <w:spacing w:before="470" w:after="0" w:line="197" w:lineRule="auto"/>
        <w:jc w:val="center"/>
      </w:pPr>
      <w:r>
        <w:rPr>
          <w:rFonts w:ascii="Calibri" w:eastAsia="Calibri" w:hAnsi="Calibri"/>
          <w:color w:val="000000"/>
          <w:sz w:val="24"/>
        </w:rPr>
        <w:t xml:space="preserve">……………………………………… </w:t>
      </w:r>
    </w:p>
    <w:p w:rsidR="0003131E" w:rsidRDefault="00A5221F">
      <w:pPr>
        <w:autoSpaceDE w:val="0"/>
        <w:autoSpaceDN w:val="0"/>
        <w:spacing w:before="180" w:after="346" w:line="197" w:lineRule="auto"/>
        <w:jc w:val="center"/>
      </w:pPr>
      <w:r>
        <w:rPr>
          <w:rFonts w:ascii="Calibri" w:eastAsia="Calibri" w:hAnsi="Calibri"/>
          <w:color w:val="000000"/>
          <w:sz w:val="24"/>
        </w:rPr>
        <w:t xml:space="preserve">……………………………………… </w:t>
      </w:r>
    </w:p>
    <w:p w:rsidR="0003131E" w:rsidRDefault="0003131E">
      <w:pPr>
        <w:sectPr w:rsidR="0003131E">
          <w:type w:val="nextColumn"/>
          <w:pgSz w:w="11899" w:h="16841"/>
          <w:pgMar w:top="580" w:right="1440" w:bottom="1440" w:left="1302" w:header="720" w:footer="720" w:gutter="0"/>
          <w:cols w:num="2" w:space="720" w:equalWidth="0">
            <w:col w:w="3895" w:space="0"/>
            <w:col w:w="5262" w:space="0"/>
          </w:cols>
          <w:docGrid w:linePitch="360"/>
        </w:sectPr>
      </w:pPr>
    </w:p>
    <w:p w:rsidR="0003131E" w:rsidRDefault="00A5221F">
      <w:pPr>
        <w:tabs>
          <w:tab w:val="left" w:pos="162"/>
        </w:tabs>
        <w:autoSpaceDE w:val="0"/>
        <w:autoSpaceDN w:val="0"/>
        <w:spacing w:after="0" w:line="247" w:lineRule="auto"/>
        <w:ind w:right="864"/>
      </w:pPr>
      <w:r>
        <w:tab/>
      </w:r>
      <w:r>
        <w:rPr>
          <w:rFonts w:ascii="Calibri" w:eastAsia="Calibri" w:hAnsi="Calibri"/>
          <w:b/>
          <w:color w:val="000000"/>
          <w:sz w:val="24"/>
        </w:rPr>
        <w:t xml:space="preserve"> rodzice</w:t>
      </w:r>
      <w:r>
        <w:rPr>
          <w:rFonts w:ascii="Calibri" w:eastAsia="Calibri" w:hAnsi="Calibri"/>
          <w:color w:val="000000"/>
          <w:sz w:val="24"/>
        </w:rPr>
        <w:t xml:space="preserve"> – należy przez to rozumieć także prawnych opiekunów dziecka oraz osoby (podmioty) sprawujące pieczę zastępczą nad dzieckiem </w:t>
      </w:r>
    </w:p>
    <w:p w:rsidR="0003131E" w:rsidRDefault="00A5221F">
      <w:pPr>
        <w:autoSpaceDE w:val="0"/>
        <w:autoSpaceDN w:val="0"/>
        <w:spacing w:before="424" w:after="0" w:line="270" w:lineRule="exact"/>
        <w:ind w:right="144" w:firstLine="276"/>
      </w:pPr>
      <w:r>
        <w:rPr>
          <w:rFonts w:ascii="Times New Roman" w:eastAsia="Times New Roman" w:hAnsi="Times New Roman"/>
          <w:color w:val="000000"/>
        </w:rPr>
        <w:t xml:space="preserve"> Oświadczam, że zapoznałam/em się z </w:t>
      </w:r>
      <w:r>
        <w:rPr>
          <w:rFonts w:ascii="Times New Roman,Bold" w:eastAsia="Times New Roman,Bold" w:hAnsi="Times New Roman,Bold"/>
          <w:b/>
          <w:color w:val="000000"/>
        </w:rPr>
        <w:t xml:space="preserve">Klauzulą informacyjną o przetwarzaniu danych osobowych dla rodziców / opiekunów prawnych i uczniów w Zespole Szkół i Placówek Oświatowych w Lubiniu. </w:t>
      </w:r>
      <w:r>
        <w:rPr>
          <w:rFonts w:ascii="Times New Roman" w:eastAsia="Times New Roman" w:hAnsi="Times New Roman"/>
          <w:color w:val="000000"/>
        </w:rPr>
        <w:t xml:space="preserve">Klauzula zamieszczona jest w </w:t>
      </w:r>
      <w:r>
        <w:rPr>
          <w:rFonts w:ascii="Times New Roman,Bold" w:eastAsia="Times New Roman,Bold" w:hAnsi="Times New Roman,Bold"/>
          <w:b/>
          <w:color w:val="000000"/>
          <w:sz w:val="24"/>
        </w:rPr>
        <w:t xml:space="preserve">REGULAMINIE REKRUTACJI DO KLASY PIERWSZEJ SZKOŁY PODSTAWOWEJ  IM. ADAMA MICKIEWICZA W LUBINIU </w:t>
      </w:r>
      <w:r>
        <w:br/>
      </w:r>
      <w:r>
        <w:rPr>
          <w:rFonts w:ascii="Times New Roman" w:eastAsia="Times New Roman" w:hAnsi="Times New Roman"/>
          <w:color w:val="000000"/>
          <w:sz w:val="24"/>
        </w:rPr>
        <w:t xml:space="preserve">oraz na stronie internetowej szkoły </w:t>
      </w:r>
      <w:hyperlink r:id="rId6" w:history="1">
        <w:r>
          <w:rPr>
            <w:rFonts w:ascii="Times New Roman" w:eastAsia="Times New Roman" w:hAnsi="Times New Roman"/>
            <w:color w:val="0000FF"/>
            <w:sz w:val="24"/>
            <w:u w:val="single"/>
          </w:rPr>
          <w:t>www.zslubin.edu.pl</w:t>
        </w:r>
      </w:hyperlink>
      <w:r>
        <w:rPr>
          <w:rFonts w:ascii="Times New Roman" w:eastAsia="Times New Roman" w:hAnsi="Times New Roman"/>
          <w:color w:val="000000"/>
          <w:sz w:val="24"/>
        </w:rPr>
        <w:t xml:space="preserve"> – Ochrona danych osobowych </w:t>
      </w:r>
    </w:p>
    <w:p w:rsidR="0003131E" w:rsidRDefault="00A5221F">
      <w:pPr>
        <w:autoSpaceDE w:val="0"/>
        <w:autoSpaceDN w:val="0"/>
        <w:spacing w:before="610" w:after="0" w:line="245" w:lineRule="auto"/>
        <w:ind w:right="1296"/>
      </w:pPr>
      <w:r>
        <w:rPr>
          <w:rFonts w:ascii="Calibri" w:eastAsia="Calibri" w:hAnsi="Calibri"/>
          <w:color w:val="000000"/>
          <w:sz w:val="24"/>
        </w:rPr>
        <w:t xml:space="preserve">................................                          ………………………                        ……………………….  (miejscowość i data)                         (podpis matki)                            (podpis ojca) </w:t>
      </w:r>
    </w:p>
    <w:sectPr w:rsidR="0003131E" w:rsidSect="00034616">
      <w:type w:val="continuous"/>
      <w:pgSz w:w="11899" w:h="16841"/>
      <w:pgMar w:top="580" w:right="1440" w:bottom="1440" w:left="1302" w:header="720" w:footer="720" w:gutter="0"/>
      <w:cols w:space="720" w:equalWidth="0">
        <w:col w:w="9158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imes New Roman,Bold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131E"/>
    <w:rsid w:val="00034616"/>
    <w:rsid w:val="0006063C"/>
    <w:rsid w:val="0015074B"/>
    <w:rsid w:val="0029639D"/>
    <w:rsid w:val="002B7529"/>
    <w:rsid w:val="00326F90"/>
    <w:rsid w:val="005F5045"/>
    <w:rsid w:val="00913D1B"/>
    <w:rsid w:val="00A5221F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D65EEA"/>
  <w14:defaultImageDpi w14:val="300"/>
  <w15:docId w15:val="{1DBEF813-85E5-4F5F-8788-DEC8A32B5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slubin.edu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CEA128D-AC17-4C41-9B6A-EE9A3DA50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522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3649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</cp:lastModifiedBy>
  <cp:revision>5</cp:revision>
  <dcterms:created xsi:type="dcterms:W3CDTF">2013-12-23T23:15:00Z</dcterms:created>
  <dcterms:modified xsi:type="dcterms:W3CDTF">2026-02-04T16:02:00Z</dcterms:modified>
  <cp:category/>
</cp:coreProperties>
</file>